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jc w:val="center"/>
        <w:tblBorders>
          <w:top w:val="single" w:sz="12" w:space="0" w:color="E4582D"/>
          <w:left w:val="single" w:sz="12" w:space="0" w:color="E4582D"/>
          <w:bottom w:val="single" w:sz="12" w:space="0" w:color="E4582D"/>
          <w:right w:val="single" w:sz="12" w:space="0" w:color="E4582D"/>
          <w:insideH w:val="none" w:sz="0" w:space="0" w:color="auto"/>
          <w:insideV w:val="none" w:sz="0" w:space="0" w:color="auto"/>
        </w:tblBorders>
        <w:shd w:val="clear" w:color="auto" w:fill="FFFFFF" w:themeFill="background1"/>
        <w:tblLook w:val="04A0" w:firstRow="1" w:lastRow="0" w:firstColumn="1" w:lastColumn="0" w:noHBand="0" w:noVBand="1"/>
      </w:tblPr>
      <w:tblGrid>
        <w:gridCol w:w="9376"/>
      </w:tblGrid>
      <w:tr w:rsidR="0084554E" w:rsidRPr="00F030AA" w14:paraId="6A6BFDB0" w14:textId="77777777" w:rsidTr="0050631D">
        <w:trPr>
          <w:trHeight w:val="1103"/>
          <w:jc w:val="center"/>
        </w:trPr>
        <w:tc>
          <w:tcPr>
            <w:tcW w:w="9376" w:type="dxa"/>
            <w:shd w:val="clear" w:color="auto" w:fill="FFFFFF" w:themeFill="background1"/>
          </w:tcPr>
          <w:p w14:paraId="0102FB36" w14:textId="27FC1B64" w:rsidR="00504D10" w:rsidRPr="00F030AA" w:rsidRDefault="00880C7B" w:rsidP="00F030AA">
            <w:pPr>
              <w:spacing w:before="100" w:beforeAutospacing="1" w:after="100" w:afterAutospacing="1"/>
              <w:jc w:val="center"/>
              <w:rPr>
                <w:rFonts w:ascii="Open Sans Medium" w:hAnsi="Open Sans Medium" w:cs="Open Sans Medium"/>
                <w:color w:val="046B58"/>
                <w:lang w:val="fr-FR"/>
              </w:rPr>
            </w:pPr>
            <w:r w:rsidRPr="0084554E">
              <w:rPr>
                <w:rFonts w:ascii="Open Sans Medium" w:hAnsi="Open Sans Medium" w:cs="Open Sans Medium"/>
                <w:b/>
                <w:color w:val="046B58"/>
                <w:sz w:val="36"/>
                <w:lang w:val="fr-FR"/>
              </w:rPr>
              <w:t>POUVOIR DE REPRÉSENTATION</w:t>
            </w:r>
            <w:r w:rsidR="00F030AA">
              <w:rPr>
                <w:rFonts w:ascii="Open Sans Medium" w:hAnsi="Open Sans Medium" w:cs="Open Sans Medium"/>
                <w:b/>
                <w:color w:val="046B58"/>
                <w:sz w:val="36"/>
                <w:lang w:val="fr-FR"/>
              </w:rPr>
              <w:br/>
            </w:r>
            <w:r w:rsidRPr="0084554E">
              <w:rPr>
                <w:rFonts w:ascii="Open Sans Medium" w:hAnsi="Open Sans Medium" w:cs="Open Sans Medium"/>
                <w:b/>
                <w:color w:val="046B58"/>
                <w:sz w:val="26"/>
                <w:lang w:val="fr-FR"/>
              </w:rPr>
              <w:t>Assemblée Générale Ordinaire</w:t>
            </w:r>
            <w:r w:rsidR="00F030AA">
              <w:rPr>
                <w:rFonts w:ascii="Open Sans Medium" w:hAnsi="Open Sans Medium" w:cs="Open Sans Medium"/>
                <w:b/>
                <w:color w:val="046B58"/>
                <w:sz w:val="26"/>
                <w:lang w:val="fr-FR"/>
              </w:rPr>
              <w:br/>
            </w:r>
            <w:r w:rsidR="00A86D45" w:rsidRPr="00F030AA">
              <w:rPr>
                <w:rFonts w:ascii="Open Sans Medium" w:hAnsi="Open Sans Medium" w:cs="Open Sans Medium"/>
                <w:b/>
                <w:color w:val="046B58"/>
                <w:sz w:val="28"/>
                <w:lang w:val="fr-FR"/>
              </w:rPr>
              <w:t>10</w:t>
            </w:r>
            <w:r w:rsidRPr="00F030AA">
              <w:rPr>
                <w:rFonts w:ascii="Open Sans Medium" w:hAnsi="Open Sans Medium" w:cs="Open Sans Medium"/>
                <w:b/>
                <w:color w:val="046B58"/>
                <w:sz w:val="28"/>
                <w:lang w:val="fr-FR"/>
              </w:rPr>
              <w:t xml:space="preserve"> juin 202</w:t>
            </w:r>
            <w:r w:rsidR="00A86D45" w:rsidRPr="00F030AA">
              <w:rPr>
                <w:rFonts w:ascii="Open Sans Medium" w:hAnsi="Open Sans Medium" w:cs="Open Sans Medium"/>
                <w:b/>
                <w:color w:val="046B58"/>
                <w:sz w:val="28"/>
                <w:lang w:val="fr-FR"/>
              </w:rPr>
              <w:t>6</w:t>
            </w:r>
          </w:p>
        </w:tc>
      </w:tr>
    </w:tbl>
    <w:p w14:paraId="4BF0362F" w14:textId="0DB39343" w:rsidR="00504D10" w:rsidRPr="008D46BC" w:rsidRDefault="0050631D">
      <w:pPr>
        <w:spacing w:after="40"/>
        <w:rPr>
          <w:rFonts w:ascii="Open Sans Medium" w:hAnsi="Open Sans Medium" w:cs="Open Sans Medium"/>
          <w:sz w:val="14"/>
          <w:szCs w:val="14"/>
          <w:lang w:val="fr-FR"/>
        </w:rPr>
      </w:pPr>
      <w:r>
        <w:rPr>
          <w:noProof/>
        </w:rPr>
        <w:drawing>
          <wp:anchor distT="0" distB="0" distL="114300" distR="114300" simplePos="0" relativeHeight="251659264" behindDoc="0" locked="0" layoutInCell="1" allowOverlap="1" wp14:anchorId="7C1BB420" wp14:editId="41622185">
            <wp:simplePos x="0" y="0"/>
            <wp:positionH relativeFrom="margin">
              <wp:align>left</wp:align>
            </wp:positionH>
            <wp:positionV relativeFrom="paragraph">
              <wp:posOffset>-1316736</wp:posOffset>
            </wp:positionV>
            <wp:extent cx="1426464" cy="494276"/>
            <wp:effectExtent l="0" t="0" r="2540" b="1270"/>
            <wp:wrapNone/>
            <wp:docPr id="139164904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649045" name="Image 4"/>
                    <pic:cNvPicPr/>
                  </pic:nvPicPr>
                  <pic:blipFill>
                    <a:blip r:embed="rId11">
                      <a:extLst>
                        <a:ext uri="{28A0092B-C50C-407E-A947-70E740481C1C}">
                          <a14:useLocalDpi xmlns:a14="http://schemas.microsoft.com/office/drawing/2010/main" val="0"/>
                        </a:ext>
                      </a:extLst>
                    </a:blip>
                    <a:stretch>
                      <a:fillRect/>
                    </a:stretch>
                  </pic:blipFill>
                  <pic:spPr>
                    <a:xfrm>
                      <a:off x="0" y="0"/>
                      <a:ext cx="1426464" cy="494276"/>
                    </a:xfrm>
                    <a:prstGeom prst="rect">
                      <a:avLst/>
                    </a:prstGeom>
                  </pic:spPr>
                </pic:pic>
              </a:graphicData>
            </a:graphic>
            <wp14:sizeRelH relativeFrom="margin">
              <wp14:pctWidth>0</wp14:pctWidth>
            </wp14:sizeRelH>
            <wp14:sizeRelV relativeFrom="margin">
              <wp14:pctHeight>0</wp14:pctHeight>
            </wp14:sizeRelV>
          </wp:anchor>
        </w:drawing>
      </w:r>
    </w:p>
    <w:tbl>
      <w:tblPr>
        <w:tblStyle w:val="Grilledutableau"/>
        <w:tblW w:w="0" w:type="auto"/>
        <w:jc w:val="center"/>
        <w:tblBorders>
          <w:top w:val="single" w:sz="6" w:space="0" w:color="E4582D"/>
          <w:left w:val="single" w:sz="6" w:space="0" w:color="E4582D"/>
          <w:bottom w:val="single" w:sz="6" w:space="0" w:color="E4582D"/>
          <w:right w:val="single" w:sz="6" w:space="0" w:color="E4582D"/>
          <w:insideH w:val="single" w:sz="6" w:space="0" w:color="E4582D"/>
          <w:insideV w:val="single" w:sz="6" w:space="0" w:color="E4582D"/>
        </w:tblBorders>
        <w:tblLook w:val="04A0" w:firstRow="1" w:lastRow="0" w:firstColumn="1" w:lastColumn="0" w:noHBand="0" w:noVBand="1"/>
      </w:tblPr>
      <w:tblGrid>
        <w:gridCol w:w="9390"/>
      </w:tblGrid>
      <w:tr w:rsidR="00A86D45" w:rsidRPr="00C21D28" w14:paraId="2958CF47" w14:textId="77777777" w:rsidTr="00A32122">
        <w:trPr>
          <w:jc w:val="center"/>
        </w:trPr>
        <w:tc>
          <w:tcPr>
            <w:tcW w:w="9432" w:type="dxa"/>
            <w:shd w:val="clear" w:color="auto" w:fill="FFF8E7"/>
          </w:tcPr>
          <w:p w14:paraId="277AB404" w14:textId="6CACBAAA" w:rsidR="00A86D45" w:rsidRPr="008D46BC" w:rsidRDefault="00A86D45">
            <w:pPr>
              <w:spacing w:before="80" w:after="80"/>
              <w:jc w:val="center"/>
              <w:rPr>
                <w:rFonts w:ascii="Open Sans Medium" w:hAnsi="Open Sans Medium" w:cs="Open Sans Medium"/>
                <w:lang w:val="fr-FR"/>
              </w:rPr>
            </w:pPr>
            <w:r w:rsidRPr="008D46BC">
              <w:rPr>
                <w:rFonts w:ascii="Segoe UI Symbol" w:hAnsi="Segoe UI Symbol" w:cs="Segoe UI Symbol"/>
                <w:color w:val="556575"/>
                <w:sz w:val="20"/>
                <w:szCs w:val="24"/>
                <w:lang w:val="fr-FR"/>
              </w:rPr>
              <w:t>⚠</w:t>
            </w:r>
            <w:r w:rsidRPr="008D46BC">
              <w:rPr>
                <w:rFonts w:ascii="Open Sans Medium" w:hAnsi="Open Sans Medium" w:cs="Open Sans Medium"/>
                <w:color w:val="556575"/>
                <w:sz w:val="20"/>
                <w:szCs w:val="24"/>
                <w:lang w:val="fr-FR"/>
              </w:rPr>
              <w:t xml:space="preserve"> Date limite de réception : </w:t>
            </w:r>
            <w:r w:rsidRPr="008D46BC">
              <w:rPr>
                <w:rFonts w:ascii="Open Sans Medium" w:hAnsi="Open Sans Medium" w:cs="Open Sans Medium"/>
                <w:b/>
                <w:color w:val="C0392B"/>
                <w:sz w:val="20"/>
                <w:szCs w:val="24"/>
                <w:lang w:val="fr-FR"/>
              </w:rPr>
              <w:t>8 juin 2026</w:t>
            </w:r>
          </w:p>
        </w:tc>
      </w:tr>
    </w:tbl>
    <w:p w14:paraId="640EB375" w14:textId="42BFF535" w:rsidR="00504D10" w:rsidRPr="008D46BC" w:rsidRDefault="00504D10" w:rsidP="00A32122">
      <w:pPr>
        <w:spacing w:before="40" w:after="40"/>
        <w:rPr>
          <w:rFonts w:ascii="Open Sans Medium" w:hAnsi="Open Sans Medium" w:cs="Open Sans Medium"/>
          <w:sz w:val="10"/>
          <w:szCs w:val="10"/>
          <w:lang w:val="fr-FR"/>
        </w:rPr>
      </w:pPr>
    </w:p>
    <w:p w14:paraId="2307825F" w14:textId="77777777" w:rsidR="00504D10" w:rsidRPr="00A86D45" w:rsidRDefault="00880C7B">
      <w:pPr>
        <w:spacing w:before="160" w:after="80"/>
        <w:rPr>
          <w:rFonts w:ascii="Open Sans Medium" w:hAnsi="Open Sans Medium" w:cs="Open Sans Medium"/>
        </w:rPr>
      </w:pPr>
      <w:r w:rsidRPr="00A86D45">
        <w:rPr>
          <w:rFonts w:ascii="Open Sans Medium" w:hAnsi="Open Sans Medium" w:cs="Open Sans Medium"/>
          <w:color w:val="1A1A2E"/>
        </w:rPr>
        <w:t>Je soussigné(e),</w:t>
      </w:r>
    </w:p>
    <w:tbl>
      <w:tblPr>
        <w:tblStyle w:val="Grilledutableau"/>
        <w:tblW w:w="0" w:type="auto"/>
        <w:jc w:val="center"/>
        <w:shd w:val="clear" w:color="auto" w:fill="FFFFFF" w:themeFill="background1"/>
        <w:tblLook w:val="04A0" w:firstRow="1" w:lastRow="0" w:firstColumn="1" w:lastColumn="0" w:noHBand="0" w:noVBand="1"/>
      </w:tblPr>
      <w:tblGrid>
        <w:gridCol w:w="3214"/>
        <w:gridCol w:w="6096"/>
      </w:tblGrid>
      <w:tr w:rsidR="0084554E" w:rsidRPr="0084554E" w14:paraId="10B7AE1F" w14:textId="77777777" w:rsidTr="00FB1D3F">
        <w:trPr>
          <w:trHeight w:val="814"/>
          <w:jc w:val="center"/>
        </w:trPr>
        <w:tc>
          <w:tcPr>
            <w:tcW w:w="3214" w:type="dxa"/>
            <w:tcBorders>
              <w:top w:val="single" w:sz="4" w:space="0" w:color="B0B8C5"/>
              <w:left w:val="single" w:sz="4" w:space="0" w:color="B0B8C5"/>
              <w:bottom w:val="single" w:sz="4" w:space="0" w:color="B0B8C5"/>
              <w:right w:val="single" w:sz="4" w:space="0" w:color="B0B8C5"/>
            </w:tcBorders>
            <w:shd w:val="clear" w:color="auto" w:fill="FFFFFF" w:themeFill="background1"/>
          </w:tcPr>
          <w:p w14:paraId="72213B71" w14:textId="77777777" w:rsidR="00504D10" w:rsidRPr="0084554E" w:rsidRDefault="00880C7B">
            <w:pPr>
              <w:spacing w:before="100" w:after="100"/>
              <w:rPr>
                <w:rFonts w:ascii="Open Sans Medium" w:hAnsi="Open Sans Medium" w:cs="Open Sans Medium"/>
                <w:color w:val="046B58"/>
              </w:rPr>
            </w:pPr>
            <w:r w:rsidRPr="0084554E">
              <w:rPr>
                <w:rFonts w:ascii="Open Sans Medium" w:hAnsi="Open Sans Medium" w:cs="Open Sans Medium"/>
                <w:b/>
                <w:color w:val="046B58"/>
                <w:sz w:val="20"/>
              </w:rPr>
              <w:t xml:space="preserve">Nom et </w:t>
            </w:r>
            <w:proofErr w:type="gramStart"/>
            <w:r w:rsidRPr="0084554E">
              <w:rPr>
                <w:rFonts w:ascii="Open Sans Medium" w:hAnsi="Open Sans Medium" w:cs="Open Sans Medium"/>
                <w:b/>
                <w:color w:val="046B58"/>
                <w:sz w:val="20"/>
              </w:rPr>
              <w:t>Prénom :</w:t>
            </w:r>
            <w:proofErr w:type="gramEnd"/>
          </w:p>
        </w:tc>
        <w:tc>
          <w:tcPr>
            <w:tcW w:w="6096" w:type="dxa"/>
            <w:tcBorders>
              <w:top w:val="single" w:sz="4" w:space="0" w:color="B0B8C5"/>
              <w:left w:val="single" w:sz="4" w:space="0" w:color="B0B8C5"/>
              <w:bottom w:val="single" w:sz="4" w:space="0" w:color="B0B8C5"/>
              <w:right w:val="single" w:sz="4" w:space="0" w:color="B0B8C5"/>
            </w:tcBorders>
            <w:shd w:val="clear" w:color="auto" w:fill="FFFFFF" w:themeFill="background1"/>
          </w:tcPr>
          <w:p w14:paraId="6CBD11F3" w14:textId="77777777" w:rsidR="00A86D45" w:rsidRPr="0084554E" w:rsidRDefault="00880C7B" w:rsidP="00A86D45">
            <w:pPr>
              <w:spacing w:before="100" w:after="100"/>
              <w:rPr>
                <w:rFonts w:ascii="Open Sans Medium" w:hAnsi="Open Sans Medium" w:cs="Open Sans Medium"/>
                <w:color w:val="046B58"/>
                <w:sz w:val="20"/>
              </w:rPr>
            </w:pPr>
            <w:r w:rsidRPr="0084554E">
              <w:rPr>
                <w:rFonts w:ascii="Open Sans Medium" w:hAnsi="Open Sans Medium" w:cs="Open Sans Medium"/>
                <w:color w:val="046B58"/>
                <w:sz w:val="20"/>
              </w:rPr>
              <w:t xml:space="preserve">  </w:t>
            </w:r>
          </w:p>
          <w:p w14:paraId="7FF26272" w14:textId="440765C6" w:rsidR="00A86D45" w:rsidRPr="0084554E" w:rsidRDefault="00A86D45" w:rsidP="00A86D45">
            <w:pPr>
              <w:spacing w:before="100" w:after="100"/>
              <w:rPr>
                <w:rFonts w:ascii="Open Sans Medium" w:hAnsi="Open Sans Medium" w:cs="Open Sans Medium"/>
                <w:color w:val="046B58"/>
              </w:rPr>
            </w:pPr>
          </w:p>
        </w:tc>
      </w:tr>
      <w:tr w:rsidR="0084554E" w:rsidRPr="0084554E" w14:paraId="7E813FAB" w14:textId="77777777" w:rsidTr="00FB1D3F">
        <w:trPr>
          <w:trHeight w:val="1196"/>
          <w:jc w:val="center"/>
        </w:trPr>
        <w:tc>
          <w:tcPr>
            <w:tcW w:w="3214" w:type="dxa"/>
            <w:tcBorders>
              <w:top w:val="single" w:sz="4" w:space="0" w:color="B0B8C5"/>
              <w:left w:val="single" w:sz="4" w:space="0" w:color="B0B8C5"/>
              <w:bottom w:val="single" w:sz="4" w:space="0" w:color="B0B8C5"/>
              <w:right w:val="single" w:sz="4" w:space="0" w:color="B0B8C5"/>
            </w:tcBorders>
            <w:shd w:val="clear" w:color="auto" w:fill="FFFFFF" w:themeFill="background1"/>
          </w:tcPr>
          <w:p w14:paraId="719F94BB" w14:textId="77777777" w:rsidR="00504D10" w:rsidRPr="0084554E" w:rsidRDefault="00880C7B">
            <w:pPr>
              <w:spacing w:before="100" w:after="100"/>
              <w:rPr>
                <w:rFonts w:ascii="Open Sans Medium" w:hAnsi="Open Sans Medium" w:cs="Open Sans Medium"/>
                <w:color w:val="046B58"/>
              </w:rPr>
            </w:pPr>
            <w:proofErr w:type="gramStart"/>
            <w:r w:rsidRPr="0084554E">
              <w:rPr>
                <w:rFonts w:ascii="Open Sans Medium" w:hAnsi="Open Sans Medium" w:cs="Open Sans Medium"/>
                <w:b/>
                <w:color w:val="046B58"/>
                <w:sz w:val="20"/>
              </w:rPr>
              <w:t>Adresse :</w:t>
            </w:r>
            <w:proofErr w:type="gramEnd"/>
          </w:p>
        </w:tc>
        <w:tc>
          <w:tcPr>
            <w:tcW w:w="6096" w:type="dxa"/>
            <w:tcBorders>
              <w:top w:val="single" w:sz="4" w:space="0" w:color="B0B8C5"/>
              <w:left w:val="single" w:sz="4" w:space="0" w:color="B0B8C5"/>
              <w:bottom w:val="single" w:sz="4" w:space="0" w:color="B0B8C5"/>
              <w:right w:val="single" w:sz="4" w:space="0" w:color="B0B8C5"/>
            </w:tcBorders>
            <w:shd w:val="clear" w:color="auto" w:fill="FFFFFF" w:themeFill="background1"/>
          </w:tcPr>
          <w:p w14:paraId="2CA921EB" w14:textId="6AD8259C" w:rsidR="00504D10" w:rsidRPr="0084554E" w:rsidRDefault="00880C7B">
            <w:pPr>
              <w:spacing w:before="100" w:after="100"/>
              <w:rPr>
                <w:rFonts w:ascii="Open Sans Medium" w:hAnsi="Open Sans Medium" w:cs="Open Sans Medium"/>
                <w:color w:val="046B58"/>
                <w:sz w:val="20"/>
              </w:rPr>
            </w:pPr>
            <w:r w:rsidRPr="0084554E">
              <w:rPr>
                <w:rFonts w:ascii="Open Sans Medium" w:hAnsi="Open Sans Medium" w:cs="Open Sans Medium"/>
                <w:color w:val="046B58"/>
                <w:sz w:val="20"/>
              </w:rPr>
              <w:t xml:space="preserve">  </w:t>
            </w:r>
          </w:p>
          <w:p w14:paraId="1219AFFD" w14:textId="77777777" w:rsidR="00A86D45" w:rsidRPr="0084554E" w:rsidRDefault="00A86D45">
            <w:pPr>
              <w:spacing w:before="100" w:after="100"/>
              <w:rPr>
                <w:rFonts w:ascii="Open Sans Medium" w:hAnsi="Open Sans Medium" w:cs="Open Sans Medium"/>
                <w:color w:val="046B58"/>
              </w:rPr>
            </w:pPr>
          </w:p>
        </w:tc>
      </w:tr>
    </w:tbl>
    <w:p w14:paraId="72F60372" w14:textId="569A21BB" w:rsidR="00504D10" w:rsidRPr="00A86D45" w:rsidRDefault="00880C7B" w:rsidP="0084554E">
      <w:pPr>
        <w:spacing w:before="80" w:after="120"/>
        <w:rPr>
          <w:rFonts w:ascii="Open Sans Medium" w:hAnsi="Open Sans Medium" w:cs="Open Sans Medium"/>
          <w:lang w:val="fr-FR"/>
        </w:rPr>
      </w:pPr>
      <w:r w:rsidRPr="00A86D45">
        <w:rPr>
          <w:rFonts w:ascii="Open Sans Medium" w:hAnsi="Open Sans Medium" w:cs="Open Sans Medium"/>
          <w:i/>
          <w:color w:val="556575"/>
          <w:sz w:val="20"/>
          <w:lang w:val="fr-FR"/>
        </w:rPr>
        <w:t>Qualité : Actionnaire de la société</w:t>
      </w:r>
    </w:p>
    <w:p w14:paraId="62EF2EA3" w14:textId="77777777" w:rsidR="00504D10" w:rsidRPr="00A86D45" w:rsidRDefault="00880C7B">
      <w:pPr>
        <w:spacing w:before="160" w:after="40"/>
        <w:jc w:val="center"/>
        <w:rPr>
          <w:rFonts w:ascii="Open Sans Medium" w:hAnsi="Open Sans Medium" w:cs="Open Sans Medium"/>
          <w:lang w:val="fr-FR"/>
        </w:rPr>
      </w:pPr>
      <w:r w:rsidRPr="00A86D45">
        <w:rPr>
          <w:rFonts w:ascii="Open Sans Medium" w:hAnsi="Open Sans Medium" w:cs="Open Sans Medium"/>
          <w:b/>
          <w:color w:val="1A3A5C"/>
          <w:lang w:val="fr-FR"/>
        </w:rPr>
        <w:t>CHOISISSEZ L'UNE DES TROIS OPTIONS CI-DESSOUS</w:t>
      </w:r>
    </w:p>
    <w:p w14:paraId="0CDD17BB" w14:textId="77777777" w:rsidR="00504D10" w:rsidRPr="00A86D45" w:rsidRDefault="00880C7B">
      <w:pPr>
        <w:spacing w:after="160"/>
        <w:jc w:val="center"/>
        <w:rPr>
          <w:rFonts w:ascii="Open Sans Medium" w:hAnsi="Open Sans Medium" w:cs="Open Sans Medium"/>
          <w:lang w:val="fr-FR"/>
        </w:rPr>
      </w:pPr>
      <w:r w:rsidRPr="00A86D45">
        <w:rPr>
          <w:rFonts w:ascii="Open Sans Medium" w:hAnsi="Open Sans Medium" w:cs="Open Sans Medium"/>
          <w:i/>
          <w:color w:val="556575"/>
          <w:sz w:val="18"/>
          <w:lang w:val="fr-FR"/>
        </w:rPr>
        <w:t>Cochez la case correspondant à votre choix, datez et signez</w:t>
      </w:r>
    </w:p>
    <w:tbl>
      <w:tblPr>
        <w:tblStyle w:val="Grilledutableau"/>
        <w:tblW w:w="9629" w:type="dxa"/>
        <w:jc w:val="center"/>
        <w:tblLook w:val="04A0" w:firstRow="1" w:lastRow="0" w:firstColumn="1" w:lastColumn="0" w:noHBand="0" w:noVBand="1"/>
      </w:tblPr>
      <w:tblGrid>
        <w:gridCol w:w="61"/>
        <w:gridCol w:w="1730"/>
        <w:gridCol w:w="3794"/>
        <w:gridCol w:w="1914"/>
        <w:gridCol w:w="1810"/>
        <w:gridCol w:w="150"/>
        <w:gridCol w:w="116"/>
        <w:gridCol w:w="54"/>
      </w:tblGrid>
      <w:tr w:rsidR="00A86D45" w:rsidRPr="00FE2154" w14:paraId="0387D3F2" w14:textId="77777777" w:rsidTr="00FB1D3F">
        <w:trPr>
          <w:jc w:val="center"/>
        </w:trPr>
        <w:tc>
          <w:tcPr>
            <w:tcW w:w="9629" w:type="dxa"/>
            <w:gridSpan w:val="8"/>
            <w:tcBorders>
              <w:top w:val="single" w:sz="8" w:space="0" w:color="C8A032"/>
              <w:left w:val="single" w:sz="8" w:space="0" w:color="C8A032"/>
              <w:bottom w:val="single" w:sz="8" w:space="0" w:color="C8A032"/>
              <w:right w:val="single" w:sz="8" w:space="0" w:color="C8A032"/>
            </w:tcBorders>
            <w:shd w:val="clear" w:color="auto" w:fill="046B58"/>
          </w:tcPr>
          <w:p w14:paraId="18E425B8" w14:textId="77777777" w:rsidR="00504D10" w:rsidRPr="00FE2154" w:rsidRDefault="00880C7B" w:rsidP="00FE2154">
            <w:pPr>
              <w:spacing w:before="80" w:after="80"/>
              <w:rPr>
                <w:rFonts w:ascii="Open Sans Medium" w:hAnsi="Open Sans Medium" w:cs="Open Sans Medium"/>
                <w:b/>
                <w:color w:val="FFFFFF" w:themeColor="background1"/>
                <w:sz w:val="18"/>
              </w:rPr>
            </w:pPr>
            <w:r w:rsidRPr="00FE2154">
              <w:rPr>
                <w:rFonts w:ascii="Open Sans Medium" w:hAnsi="Open Sans Medium" w:cs="Open Sans Medium"/>
                <w:b/>
                <w:color w:val="FFFFFF" w:themeColor="background1"/>
                <w:sz w:val="24"/>
                <w:szCs w:val="32"/>
              </w:rPr>
              <w:t xml:space="preserve">  </w:t>
            </w:r>
            <w:proofErr w:type="gramStart"/>
            <w:r w:rsidRPr="00FE2154">
              <w:rPr>
                <w:rFonts w:ascii="Segoe UI Symbol" w:hAnsi="Segoe UI Symbol" w:cs="Segoe UI Symbol"/>
                <w:b/>
                <w:color w:val="FFFFFF" w:themeColor="background1"/>
                <w:szCs w:val="28"/>
              </w:rPr>
              <w:t>☐</w:t>
            </w:r>
            <w:r w:rsidRPr="00FE2154">
              <w:rPr>
                <w:rFonts w:ascii="Open Sans Medium" w:hAnsi="Open Sans Medium" w:cs="Open Sans Medium"/>
                <w:b/>
                <w:color w:val="FFFFFF" w:themeColor="background1"/>
                <w:szCs w:val="28"/>
              </w:rPr>
              <w:t xml:space="preserve">  OPTION</w:t>
            </w:r>
            <w:proofErr w:type="gramEnd"/>
            <w:r w:rsidRPr="00FE2154">
              <w:rPr>
                <w:rFonts w:ascii="Open Sans Medium" w:hAnsi="Open Sans Medium" w:cs="Open Sans Medium"/>
                <w:b/>
                <w:color w:val="FFFFFF" w:themeColor="background1"/>
                <w:szCs w:val="28"/>
              </w:rPr>
              <w:t xml:space="preserve"> </w:t>
            </w:r>
            <w:proofErr w:type="gramStart"/>
            <w:r w:rsidRPr="00FE2154">
              <w:rPr>
                <w:rFonts w:ascii="Open Sans Medium" w:hAnsi="Open Sans Medium" w:cs="Open Sans Medium"/>
                <w:b/>
                <w:color w:val="FFFFFF" w:themeColor="background1"/>
                <w:szCs w:val="28"/>
              </w:rPr>
              <w:t>1  —</w:t>
            </w:r>
            <w:proofErr w:type="gramEnd"/>
            <w:r w:rsidRPr="00FE2154">
              <w:rPr>
                <w:rFonts w:ascii="Open Sans Medium" w:hAnsi="Open Sans Medium" w:cs="Open Sans Medium"/>
                <w:b/>
                <w:color w:val="FFFFFF" w:themeColor="background1"/>
                <w:szCs w:val="28"/>
              </w:rPr>
              <w:t xml:space="preserve">  Délégation à la Présidente</w:t>
            </w:r>
          </w:p>
        </w:tc>
      </w:tr>
      <w:tr w:rsidR="00504D10" w:rsidRPr="00C21D28" w14:paraId="3AFB087E" w14:textId="77777777" w:rsidTr="00FB1D3F">
        <w:tblPrEx>
          <w:jc w:val="left"/>
        </w:tblPrEx>
        <w:trPr>
          <w:gridBefore w:val="1"/>
          <w:gridAfter w:val="2"/>
          <w:wBefore w:w="61" w:type="dxa"/>
          <w:wAfter w:w="170" w:type="dxa"/>
        </w:trPr>
        <w:tc>
          <w:tcPr>
            <w:tcW w:w="9398" w:type="dxa"/>
            <w:gridSpan w:val="5"/>
            <w:tcBorders>
              <w:top w:val="nil"/>
              <w:left w:val="nil"/>
              <w:bottom w:val="nil"/>
              <w:right w:val="nil"/>
            </w:tcBorders>
            <w:shd w:val="clear" w:color="auto" w:fill="FFFFFF" w:themeFill="background1"/>
          </w:tcPr>
          <w:p w14:paraId="0CDAA510" w14:textId="720CF173" w:rsidR="00A86D45" w:rsidRPr="00A86D45" w:rsidRDefault="00880C7B" w:rsidP="0084554E">
            <w:pPr>
              <w:spacing w:before="160" w:after="160"/>
              <w:rPr>
                <w:rFonts w:ascii="Open Sans Medium" w:hAnsi="Open Sans Medium" w:cs="Open Sans Medium"/>
                <w:lang w:val="fr-FR"/>
              </w:rPr>
            </w:pPr>
            <w:r w:rsidRPr="00A86D45">
              <w:rPr>
                <w:rFonts w:ascii="Open Sans Medium" w:hAnsi="Open Sans Medium" w:cs="Open Sans Medium"/>
                <w:color w:val="1A1A2E"/>
                <w:sz w:val="20"/>
                <w:lang w:val="fr-FR"/>
              </w:rPr>
              <w:t>Je donne pouvoir à la Présidente de l'Assemblée pour voter en mon nom lors de l'Assemblée Générale Ordinaire, conformément aux résolutions soumises au vote.</w:t>
            </w:r>
          </w:p>
        </w:tc>
      </w:tr>
      <w:tr w:rsidR="00A86D45" w:rsidRPr="00FE2154" w14:paraId="40F4BA2E" w14:textId="77777777" w:rsidTr="00FB1D3F">
        <w:trPr>
          <w:jc w:val="center"/>
        </w:trPr>
        <w:tc>
          <w:tcPr>
            <w:tcW w:w="9629" w:type="dxa"/>
            <w:gridSpan w:val="8"/>
            <w:tcBorders>
              <w:top w:val="single" w:sz="8" w:space="0" w:color="C8A032"/>
              <w:left w:val="single" w:sz="8" w:space="0" w:color="C8A032"/>
              <w:bottom w:val="single" w:sz="8" w:space="0" w:color="C8A032"/>
              <w:right w:val="single" w:sz="8" w:space="0" w:color="C8A032"/>
            </w:tcBorders>
            <w:shd w:val="clear" w:color="auto" w:fill="046B58"/>
          </w:tcPr>
          <w:p w14:paraId="44245599" w14:textId="77777777" w:rsidR="00504D10" w:rsidRPr="00FE2154" w:rsidRDefault="00880C7B" w:rsidP="00FE2154">
            <w:pPr>
              <w:spacing w:before="80" w:after="80"/>
              <w:rPr>
                <w:rFonts w:ascii="Open Sans Medium" w:hAnsi="Open Sans Medium" w:cs="Open Sans Medium"/>
                <w:b/>
                <w:color w:val="FFFFFF" w:themeColor="background1"/>
                <w:sz w:val="18"/>
              </w:rPr>
            </w:pPr>
            <w:r w:rsidRPr="00FE2154">
              <w:rPr>
                <w:rFonts w:ascii="Open Sans Medium" w:hAnsi="Open Sans Medium" w:cs="Open Sans Medium"/>
                <w:b/>
                <w:color w:val="FFFFFF" w:themeColor="background1"/>
                <w:sz w:val="18"/>
              </w:rPr>
              <w:t xml:space="preserve">  </w:t>
            </w:r>
            <w:proofErr w:type="gramStart"/>
            <w:r w:rsidRPr="00FE2154">
              <w:rPr>
                <w:rFonts w:ascii="Segoe UI Symbol" w:hAnsi="Segoe UI Symbol" w:cs="Segoe UI Symbol"/>
                <w:b/>
                <w:color w:val="FFFFFF" w:themeColor="background1"/>
                <w:szCs w:val="28"/>
              </w:rPr>
              <w:t>☐</w:t>
            </w:r>
            <w:r w:rsidRPr="00FE2154">
              <w:rPr>
                <w:rFonts w:ascii="Open Sans Medium" w:hAnsi="Open Sans Medium" w:cs="Open Sans Medium"/>
                <w:b/>
                <w:color w:val="FFFFFF" w:themeColor="background1"/>
                <w:szCs w:val="28"/>
              </w:rPr>
              <w:t xml:space="preserve">  OPTION</w:t>
            </w:r>
            <w:proofErr w:type="gramEnd"/>
            <w:r w:rsidRPr="00FE2154">
              <w:rPr>
                <w:rFonts w:ascii="Open Sans Medium" w:hAnsi="Open Sans Medium" w:cs="Open Sans Medium"/>
                <w:b/>
                <w:color w:val="FFFFFF" w:themeColor="background1"/>
                <w:szCs w:val="28"/>
              </w:rPr>
              <w:t xml:space="preserve"> </w:t>
            </w:r>
            <w:proofErr w:type="gramStart"/>
            <w:r w:rsidRPr="00FE2154">
              <w:rPr>
                <w:rFonts w:ascii="Open Sans Medium" w:hAnsi="Open Sans Medium" w:cs="Open Sans Medium"/>
                <w:b/>
                <w:color w:val="FFFFFF" w:themeColor="background1"/>
                <w:szCs w:val="28"/>
              </w:rPr>
              <w:t>2  —</w:t>
            </w:r>
            <w:proofErr w:type="gramEnd"/>
            <w:r w:rsidRPr="00FE2154">
              <w:rPr>
                <w:rFonts w:ascii="Open Sans Medium" w:hAnsi="Open Sans Medium" w:cs="Open Sans Medium"/>
                <w:b/>
                <w:color w:val="FFFFFF" w:themeColor="background1"/>
                <w:szCs w:val="28"/>
              </w:rPr>
              <w:t xml:space="preserve">  Expression personnelle sur les résolutions</w:t>
            </w:r>
          </w:p>
        </w:tc>
      </w:tr>
      <w:tr w:rsidR="00504D10" w:rsidRPr="00C21D28" w14:paraId="2D3325C4" w14:textId="77777777" w:rsidTr="00FB1D3F">
        <w:tblPrEx>
          <w:jc w:val="left"/>
        </w:tblPrEx>
        <w:trPr>
          <w:gridBefore w:val="1"/>
          <w:gridAfter w:val="3"/>
          <w:wBefore w:w="61" w:type="dxa"/>
          <w:wAfter w:w="320" w:type="dxa"/>
        </w:trPr>
        <w:tc>
          <w:tcPr>
            <w:tcW w:w="9248" w:type="dxa"/>
            <w:gridSpan w:val="4"/>
            <w:tcBorders>
              <w:top w:val="nil"/>
              <w:left w:val="nil"/>
              <w:bottom w:val="nil"/>
              <w:right w:val="nil"/>
            </w:tcBorders>
            <w:shd w:val="clear" w:color="auto" w:fill="FFFFFF" w:themeFill="background1"/>
          </w:tcPr>
          <w:p w14:paraId="6CDDD0F9" w14:textId="55B429AA" w:rsidR="00A86D45" w:rsidRDefault="00880C7B">
            <w:pPr>
              <w:spacing w:before="120" w:after="40"/>
              <w:rPr>
                <w:rFonts w:ascii="Open Sans Medium" w:hAnsi="Open Sans Medium" w:cs="Open Sans Medium"/>
                <w:color w:val="1A1A2E"/>
                <w:sz w:val="20"/>
                <w:lang w:val="fr-FR"/>
              </w:rPr>
            </w:pPr>
            <w:r w:rsidRPr="00A86D45">
              <w:rPr>
                <w:rFonts w:ascii="Open Sans Medium" w:hAnsi="Open Sans Medium" w:cs="Open Sans Medium"/>
                <w:color w:val="1A1A2E"/>
                <w:sz w:val="20"/>
                <w:lang w:val="fr-FR"/>
              </w:rPr>
              <w:t xml:space="preserve">Je souhaite exprimer mon vote sur chacune des résolutions. </w:t>
            </w:r>
          </w:p>
          <w:p w14:paraId="52088DC2" w14:textId="1056DAE7" w:rsidR="00504D10" w:rsidRPr="008D46BC" w:rsidRDefault="00880C7B" w:rsidP="008D46BC">
            <w:pPr>
              <w:spacing w:before="120" w:after="40"/>
              <w:rPr>
                <w:rFonts w:ascii="Open Sans Medium" w:hAnsi="Open Sans Medium" w:cs="Open Sans Medium"/>
                <w:b/>
                <w:bCs/>
                <w:lang w:val="fr-FR"/>
              </w:rPr>
            </w:pPr>
            <w:r w:rsidRPr="008D46BC">
              <w:rPr>
                <w:rFonts w:ascii="Open Sans Medium" w:hAnsi="Open Sans Medium" w:cs="Open Sans Medium"/>
                <w:b/>
                <w:bCs/>
                <w:color w:val="1A1A2E"/>
                <w:sz w:val="20"/>
                <w:lang w:val="fr-FR"/>
              </w:rPr>
              <w:t>Veuillez cocher une case par ligne :</w:t>
            </w:r>
          </w:p>
        </w:tc>
      </w:tr>
      <w:tr w:rsidR="00A86D45" w:rsidRPr="00FE2154" w14:paraId="75B4FE14" w14:textId="77777777" w:rsidTr="00FB1D3F">
        <w:trPr>
          <w:jc w:val="center"/>
        </w:trPr>
        <w:tc>
          <w:tcPr>
            <w:tcW w:w="1791" w:type="dxa"/>
            <w:gridSpan w:val="2"/>
            <w:shd w:val="clear" w:color="auto" w:fill="046B58"/>
          </w:tcPr>
          <w:p w14:paraId="179F21D1" w14:textId="77777777" w:rsidR="00504D10" w:rsidRPr="00FE2154" w:rsidRDefault="00880C7B">
            <w:pPr>
              <w:spacing w:before="80" w:after="80"/>
              <w:jc w:val="center"/>
              <w:rPr>
                <w:rFonts w:ascii="Open Sans Medium" w:hAnsi="Open Sans Medium" w:cs="Open Sans Medium"/>
                <w:color w:val="FFFFFF" w:themeColor="background1"/>
              </w:rPr>
            </w:pPr>
            <w:r w:rsidRPr="00FE2154">
              <w:rPr>
                <w:rFonts w:ascii="Open Sans Medium" w:hAnsi="Open Sans Medium" w:cs="Open Sans Medium"/>
                <w:b/>
                <w:color w:val="FFFFFF" w:themeColor="background1"/>
              </w:rPr>
              <w:t>N°</w:t>
            </w:r>
          </w:p>
        </w:tc>
        <w:tc>
          <w:tcPr>
            <w:tcW w:w="3794" w:type="dxa"/>
            <w:shd w:val="clear" w:color="auto" w:fill="046B58"/>
          </w:tcPr>
          <w:p w14:paraId="4EE11F66" w14:textId="3F18AC6D" w:rsidR="00504D10" w:rsidRPr="00FE2154" w:rsidRDefault="00762D7D">
            <w:pPr>
              <w:spacing w:before="80" w:after="80"/>
              <w:jc w:val="center"/>
              <w:rPr>
                <w:rFonts w:ascii="Open Sans Medium" w:hAnsi="Open Sans Medium" w:cs="Open Sans Medium"/>
                <w:color w:val="FFFFFF" w:themeColor="background1"/>
              </w:rPr>
            </w:pPr>
            <w:r w:rsidRPr="00FE2154">
              <w:rPr>
                <w:rFonts w:ascii="Open Sans Medium" w:hAnsi="Open Sans Medium" w:cs="Open Sans Medium"/>
                <w:b/>
                <w:color w:val="FFFFFF" w:themeColor="background1"/>
              </w:rPr>
              <w:t>RÉSOLUTION</w:t>
            </w:r>
          </w:p>
        </w:tc>
        <w:tc>
          <w:tcPr>
            <w:tcW w:w="1914" w:type="dxa"/>
            <w:shd w:val="clear" w:color="auto" w:fill="046B58"/>
          </w:tcPr>
          <w:p w14:paraId="2D7E690B" w14:textId="77777777" w:rsidR="00504D10" w:rsidRPr="00FE2154" w:rsidRDefault="00880C7B">
            <w:pPr>
              <w:spacing w:before="80" w:after="80"/>
              <w:jc w:val="center"/>
              <w:rPr>
                <w:rFonts w:ascii="Open Sans Medium" w:hAnsi="Open Sans Medium" w:cs="Open Sans Medium"/>
                <w:color w:val="FFFFFF" w:themeColor="background1"/>
              </w:rPr>
            </w:pPr>
            <w:r w:rsidRPr="00FE2154">
              <w:rPr>
                <w:rFonts w:ascii="Open Sans Medium" w:hAnsi="Open Sans Medium" w:cs="Open Sans Medium"/>
                <w:b/>
                <w:color w:val="FFFFFF" w:themeColor="background1"/>
              </w:rPr>
              <w:t>POUR</w:t>
            </w:r>
          </w:p>
        </w:tc>
        <w:tc>
          <w:tcPr>
            <w:tcW w:w="2127" w:type="dxa"/>
            <w:gridSpan w:val="4"/>
            <w:shd w:val="clear" w:color="auto" w:fill="046B58"/>
          </w:tcPr>
          <w:p w14:paraId="65908E6E" w14:textId="77777777" w:rsidR="00504D10" w:rsidRPr="00FE2154" w:rsidRDefault="00880C7B">
            <w:pPr>
              <w:spacing w:before="80" w:after="80"/>
              <w:jc w:val="center"/>
              <w:rPr>
                <w:rFonts w:ascii="Open Sans Medium" w:hAnsi="Open Sans Medium" w:cs="Open Sans Medium"/>
                <w:color w:val="FFFFFF" w:themeColor="background1"/>
              </w:rPr>
            </w:pPr>
            <w:r w:rsidRPr="00FE2154">
              <w:rPr>
                <w:rFonts w:ascii="Open Sans Medium" w:hAnsi="Open Sans Medium" w:cs="Open Sans Medium"/>
                <w:b/>
                <w:color w:val="FFFFFF" w:themeColor="background1"/>
              </w:rPr>
              <w:t>CONTRE / ABSTENTION</w:t>
            </w:r>
          </w:p>
        </w:tc>
      </w:tr>
      <w:tr w:rsidR="00504D10" w:rsidRPr="00A86D45" w14:paraId="0D6B335F" w14:textId="77777777" w:rsidTr="00FB1D3F">
        <w:trPr>
          <w:jc w:val="center"/>
        </w:trPr>
        <w:tc>
          <w:tcPr>
            <w:tcW w:w="1791" w:type="dxa"/>
            <w:gridSpan w:val="2"/>
            <w:shd w:val="clear" w:color="auto" w:fill="FFFFFF"/>
          </w:tcPr>
          <w:p w14:paraId="3B844997" w14:textId="77777777" w:rsidR="00504D10" w:rsidRPr="00D9315D" w:rsidRDefault="00880C7B">
            <w:pPr>
              <w:spacing w:before="80" w:after="80"/>
              <w:jc w:val="center"/>
              <w:rPr>
                <w:rFonts w:ascii="Open Sans Medium" w:hAnsi="Open Sans Medium" w:cs="Open Sans Medium"/>
              </w:rPr>
            </w:pPr>
            <w:r w:rsidRPr="00D9315D">
              <w:rPr>
                <w:rFonts w:ascii="Open Sans Medium" w:hAnsi="Open Sans Medium" w:cs="Open Sans Medium"/>
                <w:color w:val="1A1A2E"/>
                <w:sz w:val="18"/>
              </w:rPr>
              <w:t>1</w:t>
            </w:r>
          </w:p>
        </w:tc>
        <w:tc>
          <w:tcPr>
            <w:tcW w:w="3794" w:type="dxa"/>
            <w:shd w:val="clear" w:color="auto" w:fill="FFFFFF"/>
          </w:tcPr>
          <w:p w14:paraId="5D07F74D" w14:textId="77777777" w:rsidR="00504D10" w:rsidRPr="00D9315D" w:rsidRDefault="00880C7B">
            <w:pPr>
              <w:spacing w:before="80" w:after="80"/>
              <w:rPr>
                <w:rFonts w:ascii="Open Sans Medium" w:hAnsi="Open Sans Medium" w:cs="Open Sans Medium"/>
              </w:rPr>
            </w:pPr>
            <w:r w:rsidRPr="00D9315D">
              <w:rPr>
                <w:rFonts w:ascii="Open Sans Medium" w:hAnsi="Open Sans Medium" w:cs="Open Sans Medium"/>
                <w:color w:val="1A1A2E"/>
                <w:sz w:val="18"/>
              </w:rPr>
              <w:t>..........................................................................</w:t>
            </w:r>
          </w:p>
        </w:tc>
        <w:tc>
          <w:tcPr>
            <w:tcW w:w="1914" w:type="dxa"/>
            <w:shd w:val="clear" w:color="auto" w:fill="FFFFFF"/>
          </w:tcPr>
          <w:p w14:paraId="15A72FD3" w14:textId="77777777" w:rsidR="00504D10" w:rsidRPr="00D9315D" w:rsidRDefault="00880C7B">
            <w:pPr>
              <w:spacing w:before="80" w:after="80"/>
              <w:jc w:val="center"/>
              <w:rPr>
                <w:rFonts w:ascii="Open Sans Medium" w:hAnsi="Open Sans Medium" w:cs="Open Sans Medium"/>
              </w:rPr>
            </w:pPr>
            <w:r w:rsidRPr="00D9315D">
              <w:rPr>
                <w:rFonts w:ascii="Open Sans Medium" w:hAnsi="Open Sans Medium" w:cs="Open Sans Medium"/>
                <w:color w:val="1A1A2E"/>
                <w:sz w:val="18"/>
              </w:rPr>
              <w:t xml:space="preserve">  </w:t>
            </w:r>
            <w:r w:rsidRPr="00D9315D">
              <w:rPr>
                <w:rFonts w:ascii="Segoe UI Symbol" w:hAnsi="Segoe UI Symbol" w:cs="Segoe UI Symbol"/>
                <w:color w:val="1A1A2E"/>
                <w:sz w:val="18"/>
              </w:rPr>
              <w:t>☐</w:t>
            </w:r>
            <w:r w:rsidRPr="00D9315D">
              <w:rPr>
                <w:rFonts w:ascii="Open Sans Medium" w:hAnsi="Open Sans Medium" w:cs="Open Sans Medium"/>
                <w:color w:val="1A1A2E"/>
                <w:sz w:val="18"/>
              </w:rPr>
              <w:t xml:space="preserve">  Pour</w:t>
            </w:r>
          </w:p>
        </w:tc>
        <w:tc>
          <w:tcPr>
            <w:tcW w:w="2127" w:type="dxa"/>
            <w:gridSpan w:val="4"/>
            <w:shd w:val="clear" w:color="auto" w:fill="FFFFFF"/>
          </w:tcPr>
          <w:p w14:paraId="111BA388" w14:textId="5E3AE2CC" w:rsidR="00A86D45" w:rsidRPr="00D9315D" w:rsidRDefault="00880C7B" w:rsidP="00762D7D">
            <w:pPr>
              <w:spacing w:before="80" w:after="80"/>
              <w:rPr>
                <w:rFonts w:ascii="Open Sans Medium" w:hAnsi="Open Sans Medium" w:cs="Open Sans Medium"/>
                <w:color w:val="1A1A2E"/>
                <w:sz w:val="18"/>
              </w:rPr>
            </w:pPr>
            <w:proofErr w:type="gramStart"/>
            <w:r w:rsidRPr="00D9315D">
              <w:rPr>
                <w:rFonts w:ascii="Segoe UI Symbol" w:hAnsi="Segoe UI Symbol" w:cs="Segoe UI Symbol"/>
                <w:color w:val="1A1A2E"/>
                <w:sz w:val="18"/>
              </w:rPr>
              <w:t>☐</w:t>
            </w:r>
            <w:r w:rsidRPr="00D9315D">
              <w:rPr>
                <w:rFonts w:ascii="Open Sans Medium" w:hAnsi="Open Sans Medium" w:cs="Open Sans Medium"/>
                <w:color w:val="1A1A2E"/>
                <w:sz w:val="18"/>
              </w:rPr>
              <w:t xml:space="preserve">  Contre</w:t>
            </w:r>
            <w:proofErr w:type="gramEnd"/>
            <w:r w:rsidRPr="00D9315D">
              <w:rPr>
                <w:rFonts w:ascii="Open Sans Medium" w:hAnsi="Open Sans Medium" w:cs="Open Sans Medium"/>
                <w:color w:val="1A1A2E"/>
                <w:sz w:val="18"/>
              </w:rPr>
              <w:t xml:space="preserve">    </w:t>
            </w:r>
          </w:p>
          <w:p w14:paraId="49E265E1" w14:textId="5199B759" w:rsidR="00504D10" w:rsidRPr="00D9315D" w:rsidRDefault="00880C7B" w:rsidP="00762D7D">
            <w:pPr>
              <w:spacing w:before="80" w:after="80"/>
              <w:rPr>
                <w:rFonts w:ascii="Open Sans Medium" w:hAnsi="Open Sans Medium" w:cs="Open Sans Medium"/>
              </w:rPr>
            </w:pPr>
            <w:proofErr w:type="gramStart"/>
            <w:r w:rsidRPr="00D9315D">
              <w:rPr>
                <w:rFonts w:ascii="Segoe UI Symbol" w:hAnsi="Segoe UI Symbol" w:cs="Segoe UI Symbol"/>
                <w:color w:val="1A1A2E"/>
                <w:sz w:val="18"/>
              </w:rPr>
              <w:t>☐</w:t>
            </w:r>
            <w:r w:rsidRPr="00D9315D">
              <w:rPr>
                <w:rFonts w:ascii="Open Sans Medium" w:hAnsi="Open Sans Medium" w:cs="Open Sans Medium"/>
                <w:color w:val="1A1A2E"/>
                <w:sz w:val="18"/>
              </w:rPr>
              <w:t xml:space="preserve">  Abstention</w:t>
            </w:r>
            <w:proofErr w:type="gramEnd"/>
          </w:p>
        </w:tc>
      </w:tr>
      <w:tr w:rsidR="00504D10" w:rsidRPr="00A86D45" w14:paraId="7A0E3A02" w14:textId="77777777" w:rsidTr="00FB1D3F">
        <w:trPr>
          <w:jc w:val="center"/>
        </w:trPr>
        <w:tc>
          <w:tcPr>
            <w:tcW w:w="1791" w:type="dxa"/>
            <w:gridSpan w:val="2"/>
            <w:shd w:val="clear" w:color="auto" w:fill="FFFFFF" w:themeFill="background1"/>
          </w:tcPr>
          <w:p w14:paraId="649E73B0" w14:textId="77777777" w:rsidR="00504D10" w:rsidRPr="00D9315D" w:rsidRDefault="00880C7B">
            <w:pPr>
              <w:spacing w:before="80" w:after="80"/>
              <w:jc w:val="center"/>
              <w:rPr>
                <w:rFonts w:ascii="Open Sans Medium" w:hAnsi="Open Sans Medium" w:cs="Open Sans Medium"/>
              </w:rPr>
            </w:pPr>
            <w:r w:rsidRPr="00D9315D">
              <w:rPr>
                <w:rFonts w:ascii="Open Sans Medium" w:hAnsi="Open Sans Medium" w:cs="Open Sans Medium"/>
                <w:color w:val="1A1A2E"/>
                <w:sz w:val="18"/>
              </w:rPr>
              <w:t>2</w:t>
            </w:r>
          </w:p>
        </w:tc>
        <w:tc>
          <w:tcPr>
            <w:tcW w:w="3794" w:type="dxa"/>
            <w:shd w:val="clear" w:color="auto" w:fill="FFFFFF" w:themeFill="background1"/>
          </w:tcPr>
          <w:p w14:paraId="2DC91F46" w14:textId="77777777" w:rsidR="00504D10" w:rsidRPr="00D9315D" w:rsidRDefault="00880C7B">
            <w:pPr>
              <w:spacing w:before="80" w:after="80"/>
              <w:rPr>
                <w:rFonts w:ascii="Open Sans Medium" w:hAnsi="Open Sans Medium" w:cs="Open Sans Medium"/>
              </w:rPr>
            </w:pPr>
            <w:r w:rsidRPr="00D9315D">
              <w:rPr>
                <w:rFonts w:ascii="Open Sans Medium" w:hAnsi="Open Sans Medium" w:cs="Open Sans Medium"/>
                <w:color w:val="1A1A2E"/>
                <w:sz w:val="18"/>
              </w:rPr>
              <w:t>..........................................................................</w:t>
            </w:r>
          </w:p>
        </w:tc>
        <w:tc>
          <w:tcPr>
            <w:tcW w:w="1914" w:type="dxa"/>
            <w:shd w:val="clear" w:color="auto" w:fill="FFFFFF" w:themeFill="background1"/>
          </w:tcPr>
          <w:p w14:paraId="17C18F55" w14:textId="77777777" w:rsidR="00504D10" w:rsidRPr="00D9315D" w:rsidRDefault="00880C7B">
            <w:pPr>
              <w:spacing w:before="80" w:after="80"/>
              <w:jc w:val="center"/>
              <w:rPr>
                <w:rFonts w:ascii="Open Sans Medium" w:hAnsi="Open Sans Medium" w:cs="Open Sans Medium"/>
              </w:rPr>
            </w:pPr>
            <w:r w:rsidRPr="00D9315D">
              <w:rPr>
                <w:rFonts w:ascii="Open Sans Medium" w:hAnsi="Open Sans Medium" w:cs="Open Sans Medium"/>
                <w:color w:val="1A1A2E"/>
                <w:sz w:val="18"/>
              </w:rPr>
              <w:t xml:space="preserve">  </w:t>
            </w:r>
            <w:r w:rsidRPr="00D9315D">
              <w:rPr>
                <w:rFonts w:ascii="Segoe UI Symbol" w:hAnsi="Segoe UI Symbol" w:cs="Segoe UI Symbol"/>
                <w:color w:val="1A1A2E"/>
                <w:sz w:val="18"/>
              </w:rPr>
              <w:t>☐</w:t>
            </w:r>
            <w:r w:rsidRPr="00D9315D">
              <w:rPr>
                <w:rFonts w:ascii="Open Sans Medium" w:hAnsi="Open Sans Medium" w:cs="Open Sans Medium"/>
                <w:color w:val="1A1A2E"/>
                <w:sz w:val="18"/>
              </w:rPr>
              <w:t xml:space="preserve">  Pour</w:t>
            </w:r>
          </w:p>
        </w:tc>
        <w:tc>
          <w:tcPr>
            <w:tcW w:w="2127" w:type="dxa"/>
            <w:gridSpan w:val="4"/>
            <w:shd w:val="clear" w:color="auto" w:fill="FFFFFF" w:themeFill="background1"/>
          </w:tcPr>
          <w:p w14:paraId="21247E36" w14:textId="77777777" w:rsidR="00762D7D" w:rsidRPr="00D9315D" w:rsidRDefault="00762D7D" w:rsidP="00762D7D">
            <w:pPr>
              <w:spacing w:before="80" w:after="80"/>
              <w:rPr>
                <w:rFonts w:ascii="Open Sans Medium" w:hAnsi="Open Sans Medium" w:cs="Open Sans Medium"/>
                <w:color w:val="1A1A2E"/>
                <w:sz w:val="18"/>
              </w:rPr>
            </w:pPr>
            <w:proofErr w:type="gramStart"/>
            <w:r w:rsidRPr="00D9315D">
              <w:rPr>
                <w:rFonts w:ascii="Segoe UI Symbol" w:hAnsi="Segoe UI Symbol" w:cs="Segoe UI Symbol"/>
                <w:color w:val="1A1A2E"/>
                <w:sz w:val="18"/>
              </w:rPr>
              <w:t>☐</w:t>
            </w:r>
            <w:r w:rsidRPr="00D9315D">
              <w:rPr>
                <w:rFonts w:ascii="Open Sans Medium" w:hAnsi="Open Sans Medium" w:cs="Open Sans Medium"/>
                <w:color w:val="1A1A2E"/>
                <w:sz w:val="18"/>
              </w:rPr>
              <w:t xml:space="preserve">  Contre</w:t>
            </w:r>
            <w:proofErr w:type="gramEnd"/>
            <w:r w:rsidRPr="00D9315D">
              <w:rPr>
                <w:rFonts w:ascii="Open Sans Medium" w:hAnsi="Open Sans Medium" w:cs="Open Sans Medium"/>
                <w:color w:val="1A1A2E"/>
                <w:sz w:val="18"/>
              </w:rPr>
              <w:t xml:space="preserve">    </w:t>
            </w:r>
          </w:p>
          <w:p w14:paraId="77A46D9E" w14:textId="100A9D03" w:rsidR="00504D10" w:rsidRPr="00D9315D" w:rsidRDefault="00762D7D" w:rsidP="00762D7D">
            <w:pPr>
              <w:spacing w:before="80" w:after="80"/>
              <w:rPr>
                <w:rFonts w:ascii="Open Sans Medium" w:hAnsi="Open Sans Medium" w:cs="Open Sans Medium"/>
              </w:rPr>
            </w:pPr>
            <w:proofErr w:type="gramStart"/>
            <w:r w:rsidRPr="00D9315D">
              <w:rPr>
                <w:rFonts w:ascii="Segoe UI Symbol" w:hAnsi="Segoe UI Symbol" w:cs="Segoe UI Symbol"/>
                <w:color w:val="1A1A2E"/>
                <w:sz w:val="18"/>
              </w:rPr>
              <w:t>☐</w:t>
            </w:r>
            <w:r w:rsidRPr="00D9315D">
              <w:rPr>
                <w:rFonts w:ascii="Open Sans Medium" w:hAnsi="Open Sans Medium" w:cs="Open Sans Medium"/>
                <w:color w:val="1A1A2E"/>
                <w:sz w:val="18"/>
              </w:rPr>
              <w:t xml:space="preserve">  Abstention</w:t>
            </w:r>
            <w:proofErr w:type="gramEnd"/>
          </w:p>
        </w:tc>
      </w:tr>
      <w:tr w:rsidR="00504D10" w:rsidRPr="00A86D45" w14:paraId="75E9A8DD" w14:textId="77777777" w:rsidTr="00FB1D3F">
        <w:trPr>
          <w:trHeight w:val="653"/>
          <w:jc w:val="center"/>
        </w:trPr>
        <w:tc>
          <w:tcPr>
            <w:tcW w:w="1791" w:type="dxa"/>
            <w:gridSpan w:val="2"/>
            <w:shd w:val="clear" w:color="auto" w:fill="FFFFFF"/>
          </w:tcPr>
          <w:p w14:paraId="0ED4696C" w14:textId="77777777" w:rsidR="00504D10" w:rsidRPr="00A86D45" w:rsidRDefault="00880C7B">
            <w:pPr>
              <w:spacing w:before="80" w:after="80"/>
              <w:jc w:val="center"/>
              <w:rPr>
                <w:rFonts w:ascii="Open Sans Medium" w:hAnsi="Open Sans Medium" w:cs="Open Sans Medium"/>
              </w:rPr>
            </w:pPr>
            <w:r w:rsidRPr="00A86D45">
              <w:rPr>
                <w:rFonts w:ascii="Open Sans Medium" w:hAnsi="Open Sans Medium" w:cs="Open Sans Medium"/>
                <w:color w:val="1A1A2E"/>
                <w:sz w:val="18"/>
              </w:rPr>
              <w:t>3</w:t>
            </w:r>
          </w:p>
        </w:tc>
        <w:tc>
          <w:tcPr>
            <w:tcW w:w="3794" w:type="dxa"/>
            <w:shd w:val="clear" w:color="auto" w:fill="FFFFFF"/>
          </w:tcPr>
          <w:p w14:paraId="05DD101B" w14:textId="77777777" w:rsidR="00504D10" w:rsidRPr="00A86D45" w:rsidRDefault="00880C7B">
            <w:pPr>
              <w:spacing w:before="80" w:after="80"/>
              <w:rPr>
                <w:rFonts w:ascii="Open Sans Medium" w:hAnsi="Open Sans Medium" w:cs="Open Sans Medium"/>
              </w:rPr>
            </w:pPr>
            <w:r w:rsidRPr="00A86D45">
              <w:rPr>
                <w:rFonts w:ascii="Open Sans Medium" w:hAnsi="Open Sans Medium" w:cs="Open Sans Medium"/>
                <w:color w:val="1A1A2E"/>
                <w:sz w:val="18"/>
              </w:rPr>
              <w:t>..........................................................................</w:t>
            </w:r>
          </w:p>
        </w:tc>
        <w:tc>
          <w:tcPr>
            <w:tcW w:w="1914" w:type="dxa"/>
            <w:shd w:val="clear" w:color="auto" w:fill="FFFFFF"/>
          </w:tcPr>
          <w:p w14:paraId="0CBF944F" w14:textId="77777777" w:rsidR="00504D10" w:rsidRPr="00A86D45" w:rsidRDefault="00880C7B">
            <w:pPr>
              <w:spacing w:before="80" w:after="80"/>
              <w:jc w:val="center"/>
              <w:rPr>
                <w:rFonts w:ascii="Open Sans Medium" w:hAnsi="Open Sans Medium" w:cs="Open Sans Medium"/>
              </w:rPr>
            </w:pPr>
            <w:r w:rsidRPr="00A86D45">
              <w:rPr>
                <w:rFonts w:ascii="Open Sans Medium" w:hAnsi="Open Sans Medium" w:cs="Open Sans Medium"/>
                <w:color w:val="1A1A2E"/>
                <w:sz w:val="18"/>
              </w:rPr>
              <w:t xml:space="preserve">  </w:t>
            </w:r>
            <w:r w:rsidRPr="00A86D45">
              <w:rPr>
                <w:rFonts w:ascii="Segoe UI Symbol" w:hAnsi="Segoe UI Symbol" w:cs="Segoe UI Symbol"/>
                <w:color w:val="1A1A2E"/>
                <w:sz w:val="18"/>
              </w:rPr>
              <w:t>☐</w:t>
            </w:r>
            <w:r w:rsidRPr="00A86D45">
              <w:rPr>
                <w:rFonts w:ascii="Open Sans Medium" w:hAnsi="Open Sans Medium" w:cs="Open Sans Medium"/>
                <w:color w:val="1A1A2E"/>
                <w:sz w:val="18"/>
              </w:rPr>
              <w:t xml:space="preserve">  Pour</w:t>
            </w:r>
          </w:p>
        </w:tc>
        <w:tc>
          <w:tcPr>
            <w:tcW w:w="2127" w:type="dxa"/>
            <w:gridSpan w:val="4"/>
            <w:shd w:val="clear" w:color="auto" w:fill="FFFFFF"/>
          </w:tcPr>
          <w:p w14:paraId="048B0896" w14:textId="77777777" w:rsidR="00762D7D" w:rsidRPr="00D9315D" w:rsidRDefault="00762D7D" w:rsidP="00762D7D">
            <w:pPr>
              <w:spacing w:before="80" w:after="80"/>
              <w:rPr>
                <w:rFonts w:ascii="Open Sans Medium" w:hAnsi="Open Sans Medium" w:cs="Open Sans Medium"/>
                <w:color w:val="1A1A2E"/>
                <w:sz w:val="18"/>
              </w:rPr>
            </w:pPr>
            <w:proofErr w:type="gramStart"/>
            <w:r w:rsidRPr="00D9315D">
              <w:rPr>
                <w:rFonts w:ascii="Segoe UI Symbol" w:hAnsi="Segoe UI Symbol" w:cs="Segoe UI Symbol"/>
                <w:color w:val="1A1A2E"/>
                <w:sz w:val="18"/>
              </w:rPr>
              <w:t>☐</w:t>
            </w:r>
            <w:r w:rsidRPr="00D9315D">
              <w:rPr>
                <w:rFonts w:ascii="Open Sans Medium" w:hAnsi="Open Sans Medium" w:cs="Open Sans Medium"/>
                <w:color w:val="1A1A2E"/>
                <w:sz w:val="18"/>
              </w:rPr>
              <w:t xml:space="preserve">  Contre</w:t>
            </w:r>
            <w:proofErr w:type="gramEnd"/>
            <w:r w:rsidRPr="00D9315D">
              <w:rPr>
                <w:rFonts w:ascii="Open Sans Medium" w:hAnsi="Open Sans Medium" w:cs="Open Sans Medium"/>
                <w:color w:val="1A1A2E"/>
                <w:sz w:val="18"/>
              </w:rPr>
              <w:t xml:space="preserve">    </w:t>
            </w:r>
          </w:p>
          <w:p w14:paraId="2CA94C87" w14:textId="64D51165" w:rsidR="00504D10" w:rsidRPr="00A86D45" w:rsidRDefault="00762D7D" w:rsidP="00762D7D">
            <w:pPr>
              <w:spacing w:before="80" w:after="80"/>
              <w:rPr>
                <w:rFonts w:ascii="Open Sans Medium" w:hAnsi="Open Sans Medium" w:cs="Open Sans Medium"/>
              </w:rPr>
            </w:pPr>
            <w:proofErr w:type="gramStart"/>
            <w:r w:rsidRPr="00D9315D">
              <w:rPr>
                <w:rFonts w:ascii="Segoe UI Symbol" w:hAnsi="Segoe UI Symbol" w:cs="Segoe UI Symbol"/>
                <w:color w:val="1A1A2E"/>
                <w:sz w:val="18"/>
              </w:rPr>
              <w:t>☐</w:t>
            </w:r>
            <w:r w:rsidRPr="00D9315D">
              <w:rPr>
                <w:rFonts w:ascii="Open Sans Medium" w:hAnsi="Open Sans Medium" w:cs="Open Sans Medium"/>
                <w:color w:val="1A1A2E"/>
                <w:sz w:val="18"/>
              </w:rPr>
              <w:t xml:space="preserve">  Abstention</w:t>
            </w:r>
            <w:proofErr w:type="gramEnd"/>
          </w:p>
        </w:tc>
      </w:tr>
      <w:tr w:rsidR="00504D10" w:rsidRPr="00A86D45" w14:paraId="00C50773" w14:textId="77777777" w:rsidTr="00FB1D3F">
        <w:trPr>
          <w:jc w:val="center"/>
        </w:trPr>
        <w:tc>
          <w:tcPr>
            <w:tcW w:w="1791" w:type="dxa"/>
            <w:gridSpan w:val="2"/>
          </w:tcPr>
          <w:p w14:paraId="20000D9D" w14:textId="77777777" w:rsidR="00504D10" w:rsidRPr="00A86D45" w:rsidRDefault="00880C7B">
            <w:pPr>
              <w:spacing w:before="80" w:after="80"/>
              <w:jc w:val="center"/>
              <w:rPr>
                <w:rFonts w:ascii="Open Sans Medium" w:hAnsi="Open Sans Medium" w:cs="Open Sans Medium"/>
              </w:rPr>
            </w:pPr>
            <w:r w:rsidRPr="00A86D45">
              <w:rPr>
                <w:rFonts w:ascii="Open Sans Medium" w:hAnsi="Open Sans Medium" w:cs="Open Sans Medium"/>
                <w:color w:val="1A1A2E"/>
                <w:sz w:val="18"/>
              </w:rPr>
              <w:t>4</w:t>
            </w:r>
          </w:p>
        </w:tc>
        <w:tc>
          <w:tcPr>
            <w:tcW w:w="3794" w:type="dxa"/>
          </w:tcPr>
          <w:p w14:paraId="3D170618" w14:textId="77777777" w:rsidR="00504D10" w:rsidRPr="00A86D45" w:rsidRDefault="00880C7B">
            <w:pPr>
              <w:spacing w:before="80" w:after="80"/>
              <w:rPr>
                <w:rFonts w:ascii="Open Sans Medium" w:hAnsi="Open Sans Medium" w:cs="Open Sans Medium"/>
              </w:rPr>
            </w:pPr>
            <w:r w:rsidRPr="00A86D45">
              <w:rPr>
                <w:rFonts w:ascii="Open Sans Medium" w:hAnsi="Open Sans Medium" w:cs="Open Sans Medium"/>
                <w:color w:val="1A1A2E"/>
                <w:sz w:val="18"/>
              </w:rPr>
              <w:t>..........................................................................</w:t>
            </w:r>
          </w:p>
        </w:tc>
        <w:tc>
          <w:tcPr>
            <w:tcW w:w="1914" w:type="dxa"/>
          </w:tcPr>
          <w:p w14:paraId="37519A31" w14:textId="77777777" w:rsidR="00504D10" w:rsidRPr="00A86D45" w:rsidRDefault="00880C7B">
            <w:pPr>
              <w:spacing w:before="80" w:after="80"/>
              <w:jc w:val="center"/>
              <w:rPr>
                <w:rFonts w:ascii="Open Sans Medium" w:hAnsi="Open Sans Medium" w:cs="Open Sans Medium"/>
              </w:rPr>
            </w:pPr>
            <w:r w:rsidRPr="00A86D45">
              <w:rPr>
                <w:rFonts w:ascii="Open Sans Medium" w:hAnsi="Open Sans Medium" w:cs="Open Sans Medium"/>
                <w:color w:val="1A1A2E"/>
                <w:sz w:val="18"/>
              </w:rPr>
              <w:t xml:space="preserve">  </w:t>
            </w:r>
            <w:r w:rsidRPr="00A86D45">
              <w:rPr>
                <w:rFonts w:ascii="Segoe UI Symbol" w:hAnsi="Segoe UI Symbol" w:cs="Segoe UI Symbol"/>
                <w:color w:val="1A1A2E"/>
                <w:sz w:val="18"/>
              </w:rPr>
              <w:t>☐</w:t>
            </w:r>
            <w:r w:rsidRPr="00A86D45">
              <w:rPr>
                <w:rFonts w:ascii="Open Sans Medium" w:hAnsi="Open Sans Medium" w:cs="Open Sans Medium"/>
                <w:color w:val="1A1A2E"/>
                <w:sz w:val="18"/>
              </w:rPr>
              <w:t xml:space="preserve">  Pour</w:t>
            </w:r>
          </w:p>
        </w:tc>
        <w:tc>
          <w:tcPr>
            <w:tcW w:w="2127" w:type="dxa"/>
            <w:gridSpan w:val="4"/>
          </w:tcPr>
          <w:p w14:paraId="5C61E40B" w14:textId="77777777" w:rsidR="00762D7D" w:rsidRPr="00D9315D" w:rsidRDefault="00762D7D" w:rsidP="00762D7D">
            <w:pPr>
              <w:spacing w:before="80" w:after="80"/>
              <w:rPr>
                <w:rFonts w:ascii="Open Sans Medium" w:hAnsi="Open Sans Medium" w:cs="Open Sans Medium"/>
                <w:color w:val="1A1A2E"/>
                <w:sz w:val="18"/>
              </w:rPr>
            </w:pPr>
            <w:proofErr w:type="gramStart"/>
            <w:r w:rsidRPr="00D9315D">
              <w:rPr>
                <w:rFonts w:ascii="Segoe UI Symbol" w:hAnsi="Segoe UI Symbol" w:cs="Segoe UI Symbol"/>
                <w:color w:val="1A1A2E"/>
                <w:sz w:val="18"/>
              </w:rPr>
              <w:t>☐</w:t>
            </w:r>
            <w:r w:rsidRPr="00D9315D">
              <w:rPr>
                <w:rFonts w:ascii="Open Sans Medium" w:hAnsi="Open Sans Medium" w:cs="Open Sans Medium"/>
                <w:color w:val="1A1A2E"/>
                <w:sz w:val="18"/>
              </w:rPr>
              <w:t xml:space="preserve">  Contre</w:t>
            </w:r>
            <w:proofErr w:type="gramEnd"/>
            <w:r w:rsidRPr="00D9315D">
              <w:rPr>
                <w:rFonts w:ascii="Open Sans Medium" w:hAnsi="Open Sans Medium" w:cs="Open Sans Medium"/>
                <w:color w:val="1A1A2E"/>
                <w:sz w:val="18"/>
              </w:rPr>
              <w:t xml:space="preserve">    </w:t>
            </w:r>
          </w:p>
          <w:p w14:paraId="50950A9D" w14:textId="32764E71" w:rsidR="00504D10" w:rsidRPr="00A86D45" w:rsidRDefault="00762D7D" w:rsidP="00762D7D">
            <w:pPr>
              <w:spacing w:before="80" w:after="80"/>
              <w:rPr>
                <w:rFonts w:ascii="Open Sans Medium" w:hAnsi="Open Sans Medium" w:cs="Open Sans Medium"/>
              </w:rPr>
            </w:pPr>
            <w:proofErr w:type="gramStart"/>
            <w:r w:rsidRPr="00D9315D">
              <w:rPr>
                <w:rFonts w:ascii="Segoe UI Symbol" w:hAnsi="Segoe UI Symbol" w:cs="Segoe UI Symbol"/>
                <w:color w:val="1A1A2E"/>
                <w:sz w:val="18"/>
              </w:rPr>
              <w:t>☐</w:t>
            </w:r>
            <w:r w:rsidRPr="00D9315D">
              <w:rPr>
                <w:rFonts w:ascii="Open Sans Medium" w:hAnsi="Open Sans Medium" w:cs="Open Sans Medium"/>
                <w:color w:val="1A1A2E"/>
                <w:sz w:val="18"/>
              </w:rPr>
              <w:t xml:space="preserve">  Abstention</w:t>
            </w:r>
            <w:proofErr w:type="gramEnd"/>
          </w:p>
        </w:tc>
      </w:tr>
      <w:tr w:rsidR="0084554E" w:rsidRPr="00A86D45" w14:paraId="75629E48" w14:textId="77777777" w:rsidTr="00FB1D3F">
        <w:trPr>
          <w:jc w:val="center"/>
        </w:trPr>
        <w:tc>
          <w:tcPr>
            <w:tcW w:w="1791" w:type="dxa"/>
            <w:gridSpan w:val="2"/>
          </w:tcPr>
          <w:p w14:paraId="1BE951CE" w14:textId="5EC91773" w:rsidR="0084554E" w:rsidRPr="00A86D45" w:rsidRDefault="0084554E" w:rsidP="0084554E">
            <w:pPr>
              <w:spacing w:before="80" w:after="80"/>
              <w:jc w:val="center"/>
              <w:rPr>
                <w:rFonts w:ascii="Open Sans Medium" w:hAnsi="Open Sans Medium" w:cs="Open Sans Medium"/>
                <w:color w:val="1A1A2E"/>
                <w:sz w:val="18"/>
              </w:rPr>
            </w:pPr>
            <w:r>
              <w:rPr>
                <w:rFonts w:ascii="Open Sans Medium" w:hAnsi="Open Sans Medium" w:cs="Open Sans Medium"/>
                <w:color w:val="1A1A2E"/>
                <w:sz w:val="18"/>
              </w:rPr>
              <w:t>5</w:t>
            </w:r>
          </w:p>
        </w:tc>
        <w:tc>
          <w:tcPr>
            <w:tcW w:w="3794" w:type="dxa"/>
          </w:tcPr>
          <w:p w14:paraId="60F40D66" w14:textId="0357D0A7" w:rsidR="0084554E" w:rsidRPr="00A86D45" w:rsidRDefault="0084554E" w:rsidP="0084554E">
            <w:pPr>
              <w:spacing w:before="80" w:after="80"/>
              <w:rPr>
                <w:rFonts w:ascii="Open Sans Medium" w:hAnsi="Open Sans Medium" w:cs="Open Sans Medium"/>
                <w:color w:val="1A1A2E"/>
                <w:sz w:val="18"/>
              </w:rPr>
            </w:pPr>
            <w:r w:rsidRPr="00A86D45">
              <w:rPr>
                <w:rFonts w:ascii="Open Sans Medium" w:hAnsi="Open Sans Medium" w:cs="Open Sans Medium"/>
                <w:color w:val="1A1A2E"/>
                <w:sz w:val="18"/>
              </w:rPr>
              <w:t>..........................................................................</w:t>
            </w:r>
          </w:p>
        </w:tc>
        <w:tc>
          <w:tcPr>
            <w:tcW w:w="1914" w:type="dxa"/>
          </w:tcPr>
          <w:p w14:paraId="0DB2D96D" w14:textId="5AEC51DC" w:rsidR="0084554E" w:rsidRPr="00A86D45" w:rsidRDefault="0084554E" w:rsidP="0084554E">
            <w:pPr>
              <w:spacing w:before="80" w:after="80"/>
              <w:jc w:val="center"/>
              <w:rPr>
                <w:rFonts w:ascii="Open Sans Medium" w:hAnsi="Open Sans Medium" w:cs="Open Sans Medium"/>
                <w:color w:val="1A1A2E"/>
                <w:sz w:val="18"/>
              </w:rPr>
            </w:pPr>
            <w:r w:rsidRPr="00A86D45">
              <w:rPr>
                <w:rFonts w:ascii="Open Sans Medium" w:hAnsi="Open Sans Medium" w:cs="Open Sans Medium"/>
                <w:color w:val="1A1A2E"/>
                <w:sz w:val="18"/>
              </w:rPr>
              <w:t xml:space="preserve">  </w:t>
            </w:r>
            <w:proofErr w:type="gramStart"/>
            <w:r w:rsidRPr="00A86D45">
              <w:rPr>
                <w:rFonts w:ascii="Segoe UI Symbol" w:hAnsi="Segoe UI Symbol" w:cs="Segoe UI Symbol"/>
                <w:color w:val="1A1A2E"/>
                <w:sz w:val="18"/>
              </w:rPr>
              <w:t>☐</w:t>
            </w:r>
            <w:r w:rsidRPr="00A86D45">
              <w:rPr>
                <w:rFonts w:ascii="Open Sans Medium" w:hAnsi="Open Sans Medium" w:cs="Open Sans Medium"/>
                <w:color w:val="1A1A2E"/>
                <w:sz w:val="18"/>
              </w:rPr>
              <w:t xml:space="preserve">  Pour</w:t>
            </w:r>
            <w:proofErr w:type="gramEnd"/>
          </w:p>
        </w:tc>
        <w:tc>
          <w:tcPr>
            <w:tcW w:w="2127" w:type="dxa"/>
            <w:gridSpan w:val="4"/>
          </w:tcPr>
          <w:p w14:paraId="39235D3A" w14:textId="77777777" w:rsidR="00762D7D" w:rsidRPr="00D9315D" w:rsidRDefault="00762D7D" w:rsidP="00762D7D">
            <w:pPr>
              <w:spacing w:before="80" w:after="80"/>
              <w:rPr>
                <w:rFonts w:ascii="Open Sans Medium" w:hAnsi="Open Sans Medium" w:cs="Open Sans Medium"/>
                <w:color w:val="1A1A2E"/>
                <w:sz w:val="18"/>
              </w:rPr>
            </w:pPr>
            <w:proofErr w:type="gramStart"/>
            <w:r w:rsidRPr="00D9315D">
              <w:rPr>
                <w:rFonts w:ascii="Segoe UI Symbol" w:hAnsi="Segoe UI Symbol" w:cs="Segoe UI Symbol"/>
                <w:color w:val="1A1A2E"/>
                <w:sz w:val="18"/>
              </w:rPr>
              <w:t>☐</w:t>
            </w:r>
            <w:r w:rsidRPr="00D9315D">
              <w:rPr>
                <w:rFonts w:ascii="Open Sans Medium" w:hAnsi="Open Sans Medium" w:cs="Open Sans Medium"/>
                <w:color w:val="1A1A2E"/>
                <w:sz w:val="18"/>
              </w:rPr>
              <w:t xml:space="preserve">  Contre</w:t>
            </w:r>
            <w:proofErr w:type="gramEnd"/>
            <w:r w:rsidRPr="00D9315D">
              <w:rPr>
                <w:rFonts w:ascii="Open Sans Medium" w:hAnsi="Open Sans Medium" w:cs="Open Sans Medium"/>
                <w:color w:val="1A1A2E"/>
                <w:sz w:val="18"/>
              </w:rPr>
              <w:t xml:space="preserve">    </w:t>
            </w:r>
          </w:p>
          <w:p w14:paraId="214BD622" w14:textId="1CBC4CDE" w:rsidR="0084554E" w:rsidRPr="00A86D45" w:rsidRDefault="00762D7D" w:rsidP="00762D7D">
            <w:pPr>
              <w:spacing w:before="80" w:after="80"/>
              <w:rPr>
                <w:rFonts w:ascii="Open Sans Medium" w:hAnsi="Open Sans Medium" w:cs="Open Sans Medium"/>
                <w:color w:val="1A1A2E"/>
                <w:sz w:val="18"/>
              </w:rPr>
            </w:pPr>
            <w:proofErr w:type="gramStart"/>
            <w:r w:rsidRPr="00D9315D">
              <w:rPr>
                <w:rFonts w:ascii="Segoe UI Symbol" w:hAnsi="Segoe UI Symbol" w:cs="Segoe UI Symbol"/>
                <w:color w:val="1A1A2E"/>
                <w:sz w:val="18"/>
              </w:rPr>
              <w:t>☐</w:t>
            </w:r>
            <w:r w:rsidRPr="00D9315D">
              <w:rPr>
                <w:rFonts w:ascii="Open Sans Medium" w:hAnsi="Open Sans Medium" w:cs="Open Sans Medium"/>
                <w:color w:val="1A1A2E"/>
                <w:sz w:val="18"/>
              </w:rPr>
              <w:t xml:space="preserve">  Abstention</w:t>
            </w:r>
            <w:proofErr w:type="gramEnd"/>
          </w:p>
        </w:tc>
      </w:tr>
      <w:tr w:rsidR="00504D10" w:rsidRPr="00A86D45" w14:paraId="6C1471D8" w14:textId="77777777" w:rsidTr="00A32122">
        <w:tblPrEx>
          <w:jc w:val="left"/>
        </w:tblPrEx>
        <w:trPr>
          <w:gridBefore w:val="1"/>
          <w:gridAfter w:val="1"/>
          <w:wBefore w:w="61" w:type="dxa"/>
          <w:wAfter w:w="54" w:type="dxa"/>
        </w:trPr>
        <w:tc>
          <w:tcPr>
            <w:tcW w:w="9514" w:type="dxa"/>
            <w:gridSpan w:val="6"/>
            <w:tcBorders>
              <w:top w:val="single" w:sz="6" w:space="0" w:color="E4582D"/>
              <w:left w:val="single" w:sz="6" w:space="0" w:color="E4582D"/>
              <w:bottom w:val="single" w:sz="6" w:space="0" w:color="E4582D"/>
              <w:right w:val="single" w:sz="6" w:space="0" w:color="E4582D"/>
            </w:tcBorders>
            <w:shd w:val="clear" w:color="auto" w:fill="FFF8E7"/>
          </w:tcPr>
          <w:p w14:paraId="728D3E9F" w14:textId="77777777" w:rsidR="00A86D45" w:rsidRDefault="00880C7B">
            <w:pPr>
              <w:spacing w:before="120" w:after="120"/>
              <w:rPr>
                <w:rFonts w:ascii="Open Sans Medium" w:hAnsi="Open Sans Medium" w:cs="Open Sans Medium"/>
                <w:color w:val="1A1A2E"/>
                <w:sz w:val="20"/>
                <w:lang w:val="fr-FR"/>
              </w:rPr>
            </w:pPr>
            <w:r w:rsidRPr="00A86D45">
              <w:rPr>
                <w:rFonts w:ascii="Open Sans Medium" w:hAnsi="Open Sans Medium" w:cs="Open Sans Medium"/>
                <w:b/>
                <w:color w:val="1A3A5C"/>
                <w:sz w:val="18"/>
                <w:lang w:val="fr-FR"/>
              </w:rPr>
              <w:lastRenderedPageBreak/>
              <w:t xml:space="preserve">  En cas d'amendements ou de résolutions nouvelles présentées à l'Assemblée :   </w:t>
            </w:r>
            <w:r w:rsidRPr="00A86D45">
              <w:rPr>
                <w:rFonts w:ascii="Open Sans Medium" w:hAnsi="Open Sans Medium" w:cs="Open Sans Medium"/>
                <w:color w:val="1A1A2E"/>
                <w:sz w:val="20"/>
                <w:lang w:val="fr-FR"/>
              </w:rPr>
              <w:t xml:space="preserve"> </w:t>
            </w:r>
          </w:p>
          <w:p w14:paraId="2F8A6A15" w14:textId="0B69BD3B" w:rsidR="00504D10" w:rsidRPr="00A86D45" w:rsidRDefault="00880C7B">
            <w:pPr>
              <w:spacing w:before="120" w:after="120"/>
              <w:rPr>
                <w:rFonts w:ascii="Open Sans Medium" w:hAnsi="Open Sans Medium" w:cs="Open Sans Medium"/>
                <w:lang w:val="fr-FR"/>
              </w:rPr>
            </w:pPr>
            <w:r w:rsidRPr="00A86D45">
              <w:rPr>
                <w:rFonts w:ascii="Open Sans Medium" w:hAnsi="Open Sans Medium" w:cs="Open Sans Medium"/>
                <w:color w:val="1A1A2E"/>
                <w:sz w:val="20"/>
                <w:lang w:val="fr-FR"/>
              </w:rPr>
              <w:t xml:space="preserve"> </w:t>
            </w:r>
            <w:proofErr w:type="gramStart"/>
            <w:r w:rsidRPr="00A86D45">
              <w:rPr>
                <w:rFonts w:ascii="Segoe UI Symbol" w:hAnsi="Segoe UI Symbol" w:cs="Segoe UI Symbol"/>
                <w:color w:val="1A1A2E"/>
                <w:sz w:val="20"/>
                <w:lang w:val="fr-FR"/>
              </w:rPr>
              <w:t>☐</w:t>
            </w:r>
            <w:r w:rsidRPr="00A86D45">
              <w:rPr>
                <w:rFonts w:ascii="Open Sans Medium" w:hAnsi="Open Sans Medium" w:cs="Open Sans Medium"/>
                <w:color w:val="1A1A2E"/>
                <w:sz w:val="20"/>
                <w:lang w:val="fr-FR"/>
              </w:rPr>
              <w:t xml:space="preserve">  Pour</w:t>
            </w:r>
            <w:proofErr w:type="gramEnd"/>
            <w:r w:rsidRPr="00A86D45">
              <w:rPr>
                <w:rFonts w:ascii="Open Sans Medium" w:hAnsi="Open Sans Medium" w:cs="Open Sans Medium"/>
                <w:color w:val="1A1A2E"/>
                <w:sz w:val="20"/>
                <w:lang w:val="fr-FR"/>
              </w:rPr>
              <w:t xml:space="preserve">      </w:t>
            </w:r>
            <w:proofErr w:type="gramStart"/>
            <w:r w:rsidRPr="00A86D45">
              <w:rPr>
                <w:rFonts w:ascii="Segoe UI Symbol" w:hAnsi="Segoe UI Symbol" w:cs="Segoe UI Symbol"/>
                <w:color w:val="1A1A2E"/>
                <w:sz w:val="20"/>
                <w:lang w:val="fr-FR"/>
              </w:rPr>
              <w:t>☐</w:t>
            </w:r>
            <w:r w:rsidRPr="00A86D45">
              <w:rPr>
                <w:rFonts w:ascii="Open Sans Medium" w:hAnsi="Open Sans Medium" w:cs="Open Sans Medium"/>
                <w:color w:val="1A1A2E"/>
                <w:sz w:val="20"/>
                <w:lang w:val="fr-FR"/>
              </w:rPr>
              <w:t xml:space="preserve">  Contre</w:t>
            </w:r>
            <w:proofErr w:type="gramEnd"/>
            <w:r w:rsidRPr="00A86D45">
              <w:rPr>
                <w:rFonts w:ascii="Open Sans Medium" w:hAnsi="Open Sans Medium" w:cs="Open Sans Medium"/>
                <w:color w:val="1A1A2E"/>
                <w:sz w:val="20"/>
                <w:lang w:val="fr-FR"/>
              </w:rPr>
              <w:t xml:space="preserve">      </w:t>
            </w:r>
            <w:proofErr w:type="gramStart"/>
            <w:r w:rsidRPr="00A86D45">
              <w:rPr>
                <w:rFonts w:ascii="Segoe UI Symbol" w:hAnsi="Segoe UI Symbol" w:cs="Segoe UI Symbol"/>
                <w:color w:val="1A1A2E"/>
                <w:sz w:val="20"/>
                <w:lang w:val="fr-FR"/>
              </w:rPr>
              <w:t>☐</w:t>
            </w:r>
            <w:r w:rsidRPr="00A86D45">
              <w:rPr>
                <w:rFonts w:ascii="Open Sans Medium" w:hAnsi="Open Sans Medium" w:cs="Open Sans Medium"/>
                <w:color w:val="1A1A2E"/>
                <w:sz w:val="20"/>
                <w:lang w:val="fr-FR"/>
              </w:rPr>
              <w:t xml:space="preserve">  Abstention</w:t>
            </w:r>
            <w:proofErr w:type="gramEnd"/>
          </w:p>
        </w:tc>
      </w:tr>
    </w:tbl>
    <w:p w14:paraId="6760553A" w14:textId="77777777" w:rsidR="00504D10" w:rsidRPr="00A86D45" w:rsidRDefault="00504D10">
      <w:pPr>
        <w:spacing w:after="120"/>
        <w:rPr>
          <w:rFonts w:ascii="Open Sans Medium" w:hAnsi="Open Sans Medium" w:cs="Open Sans Medium"/>
          <w:lang w:val="fr-FR"/>
        </w:rPr>
      </w:pPr>
    </w:p>
    <w:tbl>
      <w:tblPr>
        <w:tblStyle w:val="Grilledutableau"/>
        <w:tblW w:w="0" w:type="auto"/>
        <w:jc w:val="center"/>
        <w:tblLook w:val="04A0" w:firstRow="1" w:lastRow="0" w:firstColumn="1" w:lastColumn="0" w:noHBand="0" w:noVBand="1"/>
      </w:tblPr>
      <w:tblGrid>
        <w:gridCol w:w="39"/>
        <w:gridCol w:w="4576"/>
        <w:gridCol w:w="4679"/>
        <w:gridCol w:w="92"/>
      </w:tblGrid>
      <w:tr w:rsidR="00504D10" w:rsidRPr="00FE2154" w14:paraId="5DFBA09A" w14:textId="77777777" w:rsidTr="005E2E73">
        <w:trPr>
          <w:jc w:val="center"/>
        </w:trPr>
        <w:tc>
          <w:tcPr>
            <w:tcW w:w="9429" w:type="dxa"/>
            <w:gridSpan w:val="4"/>
            <w:tcBorders>
              <w:top w:val="single" w:sz="8" w:space="0" w:color="C8A032"/>
              <w:left w:val="single" w:sz="8" w:space="0" w:color="C8A032"/>
              <w:bottom w:val="nil"/>
              <w:right w:val="single" w:sz="8" w:space="0" w:color="C8A032"/>
            </w:tcBorders>
            <w:shd w:val="clear" w:color="auto" w:fill="046B58"/>
          </w:tcPr>
          <w:p w14:paraId="75B28DEC" w14:textId="77777777" w:rsidR="00504D10" w:rsidRPr="00FE2154" w:rsidRDefault="00880C7B" w:rsidP="00FE2154">
            <w:pPr>
              <w:spacing w:before="80" w:after="80"/>
              <w:rPr>
                <w:rFonts w:ascii="Open Sans Medium" w:hAnsi="Open Sans Medium" w:cs="Open Sans Medium"/>
                <w:b/>
                <w:color w:val="FFFFFF" w:themeColor="background1"/>
                <w:sz w:val="18"/>
              </w:rPr>
            </w:pPr>
            <w:r w:rsidRPr="00FE2154">
              <w:rPr>
                <w:rFonts w:ascii="Open Sans Medium" w:hAnsi="Open Sans Medium" w:cs="Open Sans Medium"/>
                <w:b/>
                <w:color w:val="FFFFFF" w:themeColor="background1"/>
                <w:szCs w:val="28"/>
              </w:rPr>
              <w:t xml:space="preserve">  </w:t>
            </w:r>
            <w:proofErr w:type="gramStart"/>
            <w:r w:rsidRPr="00FE2154">
              <w:rPr>
                <w:rFonts w:ascii="Segoe UI Symbol" w:hAnsi="Segoe UI Symbol" w:cs="Segoe UI Symbol"/>
                <w:b/>
                <w:color w:val="FFFFFF" w:themeColor="background1"/>
                <w:szCs w:val="28"/>
              </w:rPr>
              <w:t>☐</w:t>
            </w:r>
            <w:r w:rsidRPr="00FE2154">
              <w:rPr>
                <w:rFonts w:ascii="Open Sans Medium" w:hAnsi="Open Sans Medium" w:cs="Open Sans Medium"/>
                <w:b/>
                <w:color w:val="FFFFFF" w:themeColor="background1"/>
                <w:szCs w:val="28"/>
              </w:rPr>
              <w:t xml:space="preserve">  OPTION</w:t>
            </w:r>
            <w:proofErr w:type="gramEnd"/>
            <w:r w:rsidRPr="00FE2154">
              <w:rPr>
                <w:rFonts w:ascii="Open Sans Medium" w:hAnsi="Open Sans Medium" w:cs="Open Sans Medium"/>
                <w:b/>
                <w:color w:val="FFFFFF" w:themeColor="background1"/>
                <w:szCs w:val="28"/>
              </w:rPr>
              <w:t xml:space="preserve"> </w:t>
            </w:r>
            <w:proofErr w:type="gramStart"/>
            <w:r w:rsidRPr="00FE2154">
              <w:rPr>
                <w:rFonts w:ascii="Open Sans Medium" w:hAnsi="Open Sans Medium" w:cs="Open Sans Medium"/>
                <w:b/>
                <w:color w:val="FFFFFF" w:themeColor="background1"/>
                <w:szCs w:val="28"/>
              </w:rPr>
              <w:t>3  —</w:t>
            </w:r>
            <w:proofErr w:type="gramEnd"/>
            <w:r w:rsidRPr="00FE2154">
              <w:rPr>
                <w:rFonts w:ascii="Open Sans Medium" w:hAnsi="Open Sans Medium" w:cs="Open Sans Medium"/>
                <w:b/>
                <w:color w:val="FFFFFF" w:themeColor="background1"/>
                <w:szCs w:val="28"/>
              </w:rPr>
              <w:t xml:space="preserve">  Désignation d'un mandataire</w:t>
            </w:r>
          </w:p>
        </w:tc>
      </w:tr>
      <w:tr w:rsidR="00504D10" w:rsidRPr="00C21D28" w14:paraId="3D589B35" w14:textId="77777777" w:rsidTr="005E2E73">
        <w:tblPrEx>
          <w:jc w:val="left"/>
        </w:tblPrEx>
        <w:trPr>
          <w:gridBefore w:val="1"/>
          <w:gridAfter w:val="1"/>
          <w:wBefore w:w="39" w:type="dxa"/>
          <w:wAfter w:w="92" w:type="dxa"/>
        </w:trPr>
        <w:tc>
          <w:tcPr>
            <w:tcW w:w="9298" w:type="dxa"/>
            <w:gridSpan w:val="2"/>
            <w:tcBorders>
              <w:top w:val="nil"/>
              <w:left w:val="nil"/>
              <w:bottom w:val="single" w:sz="4" w:space="0" w:color="auto"/>
              <w:right w:val="nil"/>
            </w:tcBorders>
            <w:shd w:val="clear" w:color="auto" w:fill="FFFFFF" w:themeFill="background1"/>
          </w:tcPr>
          <w:p w14:paraId="29E226BC" w14:textId="582969A4" w:rsidR="00504D10" w:rsidRDefault="00880C7B">
            <w:pPr>
              <w:spacing w:before="120" w:after="80"/>
              <w:rPr>
                <w:rFonts w:ascii="Open Sans Medium" w:hAnsi="Open Sans Medium" w:cs="Open Sans Medium"/>
                <w:color w:val="1A1A2E"/>
                <w:sz w:val="20"/>
                <w:lang w:val="fr-FR"/>
              </w:rPr>
            </w:pPr>
            <w:r w:rsidRPr="00A86D45">
              <w:rPr>
                <w:rFonts w:ascii="Open Sans Medium" w:hAnsi="Open Sans Medium" w:cs="Open Sans Medium"/>
                <w:color w:val="1A1A2E"/>
                <w:sz w:val="20"/>
                <w:lang w:val="fr-FR"/>
              </w:rPr>
              <w:t xml:space="preserve">Je donne pouvoir à l'actionnaire dont les coordonnées sont indiquées ci-dessous pour me représenter et voter en mon nom lors de l'Assemblée Générale Ordinaire du </w:t>
            </w:r>
            <w:r w:rsidR="00A86D45">
              <w:rPr>
                <w:rFonts w:ascii="Open Sans Medium" w:hAnsi="Open Sans Medium" w:cs="Open Sans Medium"/>
                <w:color w:val="1A1A2E"/>
                <w:sz w:val="20"/>
                <w:lang w:val="fr-FR"/>
              </w:rPr>
              <w:t>10 juin</w:t>
            </w:r>
            <w:r w:rsidRPr="00A86D45">
              <w:rPr>
                <w:rFonts w:ascii="Open Sans Medium" w:hAnsi="Open Sans Medium" w:cs="Open Sans Medium"/>
                <w:color w:val="1A1A2E"/>
                <w:sz w:val="20"/>
                <w:lang w:val="fr-FR"/>
              </w:rPr>
              <w:t xml:space="preserve"> 202</w:t>
            </w:r>
            <w:r w:rsidR="00A86D45">
              <w:rPr>
                <w:rFonts w:ascii="Open Sans Medium" w:hAnsi="Open Sans Medium" w:cs="Open Sans Medium"/>
                <w:color w:val="1A1A2E"/>
                <w:sz w:val="20"/>
                <w:lang w:val="fr-FR"/>
              </w:rPr>
              <w:t>6</w:t>
            </w:r>
            <w:r w:rsidR="0084554E">
              <w:rPr>
                <w:rFonts w:ascii="Open Sans Medium" w:hAnsi="Open Sans Medium" w:cs="Open Sans Medium"/>
                <w:color w:val="1A1A2E"/>
                <w:sz w:val="20"/>
                <w:lang w:val="fr-FR"/>
              </w:rPr>
              <w:t>.</w:t>
            </w:r>
          </w:p>
          <w:p w14:paraId="194D162E" w14:textId="77777777" w:rsidR="00A86D45" w:rsidRPr="00A86D45" w:rsidRDefault="00A86D45">
            <w:pPr>
              <w:spacing w:before="120" w:after="80"/>
              <w:rPr>
                <w:rFonts w:ascii="Open Sans Medium" w:hAnsi="Open Sans Medium" w:cs="Open Sans Medium"/>
                <w:lang w:val="fr-FR"/>
              </w:rPr>
            </w:pPr>
          </w:p>
        </w:tc>
      </w:tr>
      <w:tr w:rsidR="0084554E" w:rsidRPr="00C21D28" w14:paraId="24C6A820" w14:textId="77777777" w:rsidTr="005E2E73">
        <w:trPr>
          <w:trHeight w:val="759"/>
          <w:jc w:val="center"/>
        </w:trPr>
        <w:tc>
          <w:tcPr>
            <w:tcW w:w="46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471873" w14:textId="77777777" w:rsidR="00504D10" w:rsidRPr="0084554E" w:rsidRDefault="00880C7B">
            <w:pPr>
              <w:spacing w:before="100" w:after="100"/>
              <w:rPr>
                <w:rFonts w:ascii="Open Sans Medium" w:hAnsi="Open Sans Medium" w:cs="Open Sans Medium"/>
                <w:color w:val="046B58"/>
                <w:lang w:val="fr-FR"/>
              </w:rPr>
            </w:pPr>
            <w:r w:rsidRPr="0084554E">
              <w:rPr>
                <w:rFonts w:ascii="Open Sans Medium" w:hAnsi="Open Sans Medium" w:cs="Open Sans Medium"/>
                <w:b/>
                <w:color w:val="046B58"/>
                <w:sz w:val="18"/>
                <w:lang w:val="fr-FR"/>
              </w:rPr>
              <w:t>Nom et Prénom du mandataire :</w:t>
            </w:r>
          </w:p>
        </w:tc>
        <w:tc>
          <w:tcPr>
            <w:tcW w:w="479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1819F3C" w14:textId="6D1756EF" w:rsidR="00504D10" w:rsidRPr="00C21D28" w:rsidRDefault="00880C7B">
            <w:pPr>
              <w:spacing w:before="100" w:after="100"/>
              <w:rPr>
                <w:rFonts w:ascii="Open Sans Medium" w:hAnsi="Open Sans Medium" w:cs="Open Sans Medium"/>
                <w:color w:val="046B58"/>
                <w:lang w:val="fr-FR"/>
              </w:rPr>
            </w:pPr>
            <w:r w:rsidRPr="0084554E">
              <w:rPr>
                <w:rFonts w:ascii="Open Sans Medium" w:hAnsi="Open Sans Medium" w:cs="Open Sans Medium"/>
                <w:color w:val="046B58"/>
                <w:sz w:val="20"/>
                <w:lang w:val="fr-FR"/>
              </w:rPr>
              <w:t xml:space="preserve">  </w:t>
            </w:r>
          </w:p>
        </w:tc>
      </w:tr>
      <w:tr w:rsidR="0084554E" w:rsidRPr="0084554E" w14:paraId="20DEFD5C" w14:textId="77777777" w:rsidTr="005E2E73">
        <w:trPr>
          <w:trHeight w:val="847"/>
          <w:jc w:val="center"/>
        </w:trPr>
        <w:tc>
          <w:tcPr>
            <w:tcW w:w="463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2C999B" w14:textId="77777777" w:rsidR="00504D10" w:rsidRPr="0084554E" w:rsidRDefault="00880C7B">
            <w:pPr>
              <w:spacing w:before="100" w:after="100"/>
              <w:rPr>
                <w:rFonts w:ascii="Open Sans Medium" w:hAnsi="Open Sans Medium" w:cs="Open Sans Medium"/>
                <w:color w:val="046B58"/>
              </w:rPr>
            </w:pPr>
            <w:r w:rsidRPr="0084554E">
              <w:rPr>
                <w:rFonts w:ascii="Open Sans Medium" w:hAnsi="Open Sans Medium" w:cs="Open Sans Medium"/>
                <w:b/>
                <w:color w:val="046B58"/>
                <w:sz w:val="18"/>
              </w:rPr>
              <w:t xml:space="preserve">Qualité du </w:t>
            </w:r>
            <w:proofErr w:type="gramStart"/>
            <w:r w:rsidRPr="0084554E">
              <w:rPr>
                <w:rFonts w:ascii="Open Sans Medium" w:hAnsi="Open Sans Medium" w:cs="Open Sans Medium"/>
                <w:b/>
                <w:color w:val="046B58"/>
                <w:sz w:val="18"/>
              </w:rPr>
              <w:t>mandataire :</w:t>
            </w:r>
            <w:proofErr w:type="gramEnd"/>
          </w:p>
        </w:tc>
        <w:tc>
          <w:tcPr>
            <w:tcW w:w="479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0DC22C" w14:textId="336EF314" w:rsidR="00504D10" w:rsidRPr="0084554E" w:rsidRDefault="00880C7B">
            <w:pPr>
              <w:spacing w:before="100" w:after="100"/>
              <w:rPr>
                <w:rFonts w:ascii="Open Sans Medium" w:hAnsi="Open Sans Medium" w:cs="Open Sans Medium"/>
                <w:color w:val="046B58"/>
              </w:rPr>
            </w:pPr>
            <w:r w:rsidRPr="0084554E">
              <w:rPr>
                <w:rFonts w:ascii="Open Sans Medium" w:hAnsi="Open Sans Medium" w:cs="Open Sans Medium"/>
                <w:color w:val="046B58"/>
                <w:sz w:val="20"/>
              </w:rPr>
              <w:t xml:space="preserve">  </w:t>
            </w:r>
          </w:p>
        </w:tc>
      </w:tr>
    </w:tbl>
    <w:p w14:paraId="25AA7124" w14:textId="77777777" w:rsidR="00504D10" w:rsidRPr="00A86D45" w:rsidRDefault="00504D10">
      <w:pPr>
        <w:spacing w:after="120"/>
        <w:rPr>
          <w:rFonts w:ascii="Open Sans Medium" w:hAnsi="Open Sans Medium" w:cs="Open Sans Medium"/>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98"/>
      </w:tblGrid>
      <w:tr w:rsidR="00504D10" w:rsidRPr="00C21D28" w14:paraId="6565E781" w14:textId="77777777" w:rsidTr="00C21D28">
        <w:tc>
          <w:tcPr>
            <w:tcW w:w="9498" w:type="dxa"/>
            <w:shd w:val="clear" w:color="auto" w:fill="EAECEF"/>
          </w:tcPr>
          <w:p w14:paraId="16C326D5" w14:textId="77777777" w:rsidR="00504D10" w:rsidRPr="00A86D45" w:rsidRDefault="00880C7B">
            <w:pPr>
              <w:spacing w:before="120" w:after="40"/>
              <w:rPr>
                <w:rFonts w:ascii="Open Sans Medium" w:hAnsi="Open Sans Medium" w:cs="Open Sans Medium"/>
                <w:lang w:val="fr-FR"/>
              </w:rPr>
            </w:pPr>
            <w:r w:rsidRPr="00A86D45">
              <w:rPr>
                <w:rFonts w:ascii="Open Sans Medium" w:hAnsi="Open Sans Medium" w:cs="Open Sans Medium"/>
                <w:b/>
                <w:color w:val="1A3A5C"/>
                <w:sz w:val="17"/>
                <w:lang w:val="fr-FR"/>
              </w:rPr>
              <w:t xml:space="preserve">  Référence légale — Article L. 225-106 du Code de commerce</w:t>
            </w:r>
          </w:p>
          <w:p w14:paraId="57B5680F" w14:textId="6A66733F" w:rsidR="00504D10" w:rsidRPr="00A86D45" w:rsidRDefault="00880C7B">
            <w:pPr>
              <w:spacing w:before="40" w:after="120"/>
              <w:rPr>
                <w:rFonts w:ascii="Open Sans Medium" w:hAnsi="Open Sans Medium" w:cs="Open Sans Medium"/>
                <w:lang w:val="fr-FR"/>
              </w:rPr>
            </w:pPr>
            <w:r w:rsidRPr="00A86D45">
              <w:rPr>
                <w:rFonts w:ascii="Open Sans Medium" w:hAnsi="Open Sans Medium" w:cs="Open Sans Medium"/>
                <w:i/>
                <w:color w:val="556575"/>
                <w:sz w:val="16"/>
                <w:lang w:val="fr-FR"/>
              </w:rPr>
              <w:t xml:space="preserve"> Un actionnaire peut se faire représenter par un autre actionnaire ou par son conjoint. Tout actionnaire peut recevoir les pouvoirs émis par d'autres actionnaires en vue d'être représenté à une assemblée, sans autres limites que celles résultant des dispositions légales ou statutaires fixant le nombre maximal des voix dont peut disposer une même personne, tant en son nom personnel que comme mandataire. Les clauses contraires aux dispositions des alinéas précédents sont réputées non écrites. Pour toute procuration d'un actionnaire sans indication de mandataire, le Président de l'assemblée générale émet un vote favorable à l'adoption des projets de résolution présentés ou agréés par le conseil d'administration ou le directoire, selon le cas, et un vote défavorable à l'adoption de tous les autres projets de résolution. Pour émettre tout autre vote, l'actionnaire doit faire choix d'un mandataire qui accepte de voter dans le sens indiqué par le mandant.</w:t>
            </w:r>
          </w:p>
        </w:tc>
      </w:tr>
    </w:tbl>
    <w:p w14:paraId="116F3AD3" w14:textId="77777777" w:rsidR="00504D10" w:rsidRDefault="00504D10">
      <w:pPr>
        <w:spacing w:after="120"/>
        <w:rPr>
          <w:rFonts w:ascii="Open Sans Medium" w:hAnsi="Open Sans Medium" w:cs="Open Sans Medium"/>
          <w:lang w:val="fr-FR"/>
        </w:rPr>
      </w:pPr>
    </w:p>
    <w:tbl>
      <w:tblPr>
        <w:tblStyle w:val="Grilledutableau"/>
        <w:tblW w:w="0" w:type="auto"/>
        <w:jc w:val="center"/>
        <w:shd w:val="clear" w:color="auto" w:fill="FFFFFF" w:themeFill="background1"/>
        <w:tblLook w:val="04A0" w:firstRow="1" w:lastRow="0" w:firstColumn="1" w:lastColumn="0" w:noHBand="0" w:noVBand="1"/>
      </w:tblPr>
      <w:tblGrid>
        <w:gridCol w:w="1842"/>
        <w:gridCol w:w="7554"/>
      </w:tblGrid>
      <w:tr w:rsidR="0084554E" w:rsidRPr="0084554E" w14:paraId="71966F9D" w14:textId="77777777" w:rsidTr="0084554E">
        <w:trPr>
          <w:trHeight w:val="621"/>
          <w:jc w:val="center"/>
        </w:trPr>
        <w:tc>
          <w:tcPr>
            <w:tcW w:w="1843" w:type="dxa"/>
            <w:tcBorders>
              <w:top w:val="single" w:sz="4" w:space="0" w:color="B0B8C5"/>
              <w:left w:val="single" w:sz="4" w:space="0" w:color="B0B8C5"/>
              <w:bottom w:val="single" w:sz="4" w:space="0" w:color="B0B8C5"/>
              <w:right w:val="single" w:sz="4" w:space="0" w:color="B0B8C5"/>
            </w:tcBorders>
            <w:shd w:val="clear" w:color="auto" w:fill="FFFFFF" w:themeFill="background1"/>
          </w:tcPr>
          <w:p w14:paraId="22E872E1" w14:textId="77777777" w:rsidR="00504D10" w:rsidRPr="0084554E" w:rsidRDefault="00880C7B">
            <w:pPr>
              <w:spacing w:before="100" w:after="100"/>
              <w:rPr>
                <w:rFonts w:ascii="Open Sans Medium" w:hAnsi="Open Sans Medium" w:cs="Open Sans Medium"/>
                <w:color w:val="046B58"/>
              </w:rPr>
            </w:pPr>
            <w:r w:rsidRPr="0084554E">
              <w:rPr>
                <w:rFonts w:ascii="Open Sans Medium" w:hAnsi="Open Sans Medium" w:cs="Open Sans Medium"/>
                <w:b/>
                <w:color w:val="046B58"/>
                <w:sz w:val="20"/>
              </w:rPr>
              <w:t xml:space="preserve">Fait </w:t>
            </w:r>
            <w:proofErr w:type="gramStart"/>
            <w:r w:rsidRPr="0084554E">
              <w:rPr>
                <w:rFonts w:ascii="Open Sans Medium" w:hAnsi="Open Sans Medium" w:cs="Open Sans Medium"/>
                <w:b/>
                <w:color w:val="046B58"/>
                <w:sz w:val="20"/>
              </w:rPr>
              <w:t>à :</w:t>
            </w:r>
            <w:proofErr w:type="gramEnd"/>
          </w:p>
        </w:tc>
        <w:tc>
          <w:tcPr>
            <w:tcW w:w="7563" w:type="dxa"/>
            <w:tcBorders>
              <w:top w:val="single" w:sz="4" w:space="0" w:color="B0B8C5"/>
              <w:left w:val="single" w:sz="4" w:space="0" w:color="B0B8C5"/>
              <w:bottom w:val="single" w:sz="4" w:space="0" w:color="B0B8C5"/>
              <w:right w:val="single" w:sz="4" w:space="0" w:color="B0B8C5"/>
            </w:tcBorders>
            <w:shd w:val="clear" w:color="auto" w:fill="FFFFFF" w:themeFill="background1"/>
          </w:tcPr>
          <w:p w14:paraId="4A8BD5D0" w14:textId="3C2581AF" w:rsidR="00504D10" w:rsidRPr="0084554E" w:rsidRDefault="00880C7B">
            <w:pPr>
              <w:spacing w:before="100" w:after="100"/>
              <w:rPr>
                <w:rFonts w:ascii="Open Sans Medium" w:hAnsi="Open Sans Medium" w:cs="Open Sans Medium"/>
                <w:color w:val="046B58"/>
              </w:rPr>
            </w:pPr>
            <w:r w:rsidRPr="0084554E">
              <w:rPr>
                <w:rFonts w:ascii="Open Sans Medium" w:hAnsi="Open Sans Medium" w:cs="Open Sans Medium"/>
                <w:color w:val="046B58"/>
                <w:sz w:val="20"/>
              </w:rPr>
              <w:t xml:space="preserve">  </w:t>
            </w:r>
          </w:p>
        </w:tc>
      </w:tr>
      <w:tr w:rsidR="0084554E" w:rsidRPr="0084554E" w14:paraId="5EB01C6C" w14:textId="77777777" w:rsidTr="00A32122">
        <w:trPr>
          <w:trHeight w:val="590"/>
          <w:jc w:val="center"/>
        </w:trPr>
        <w:tc>
          <w:tcPr>
            <w:tcW w:w="1843" w:type="dxa"/>
            <w:tcBorders>
              <w:top w:val="single" w:sz="4" w:space="0" w:color="B0B8C5"/>
              <w:left w:val="single" w:sz="4" w:space="0" w:color="B0B8C5"/>
              <w:bottom w:val="single" w:sz="4" w:space="0" w:color="B0B8C5"/>
              <w:right w:val="single" w:sz="4" w:space="0" w:color="B0B8C5"/>
            </w:tcBorders>
            <w:shd w:val="clear" w:color="auto" w:fill="FFFFFF" w:themeFill="background1"/>
          </w:tcPr>
          <w:p w14:paraId="3344DF2F" w14:textId="77777777" w:rsidR="00504D10" w:rsidRPr="0084554E" w:rsidRDefault="00880C7B">
            <w:pPr>
              <w:spacing w:before="100" w:after="100"/>
              <w:rPr>
                <w:rFonts w:ascii="Open Sans Medium" w:hAnsi="Open Sans Medium" w:cs="Open Sans Medium"/>
                <w:color w:val="046B58"/>
              </w:rPr>
            </w:pPr>
            <w:proofErr w:type="gramStart"/>
            <w:r w:rsidRPr="0084554E">
              <w:rPr>
                <w:rFonts w:ascii="Open Sans Medium" w:hAnsi="Open Sans Medium" w:cs="Open Sans Medium"/>
                <w:b/>
                <w:color w:val="046B58"/>
                <w:sz w:val="20"/>
              </w:rPr>
              <w:t>Le :</w:t>
            </w:r>
            <w:proofErr w:type="gramEnd"/>
          </w:p>
        </w:tc>
        <w:tc>
          <w:tcPr>
            <w:tcW w:w="7563" w:type="dxa"/>
            <w:tcBorders>
              <w:top w:val="single" w:sz="4" w:space="0" w:color="B0B8C5"/>
              <w:left w:val="single" w:sz="4" w:space="0" w:color="B0B8C5"/>
              <w:bottom w:val="single" w:sz="4" w:space="0" w:color="B0B8C5"/>
              <w:right w:val="single" w:sz="4" w:space="0" w:color="B0B8C5"/>
            </w:tcBorders>
            <w:shd w:val="clear" w:color="auto" w:fill="FFFFFF" w:themeFill="background1"/>
          </w:tcPr>
          <w:p w14:paraId="7432DF5E" w14:textId="05ECE747" w:rsidR="00A86D45" w:rsidRPr="0084554E" w:rsidRDefault="00A86D45">
            <w:pPr>
              <w:spacing w:before="100" w:after="100"/>
              <w:rPr>
                <w:rFonts w:ascii="Open Sans Medium" w:hAnsi="Open Sans Medium" w:cs="Open Sans Medium"/>
                <w:color w:val="046B58"/>
              </w:rPr>
            </w:pPr>
          </w:p>
        </w:tc>
      </w:tr>
      <w:tr w:rsidR="0084554E" w:rsidRPr="0084554E" w14:paraId="67D2E2AB" w14:textId="77777777" w:rsidTr="00751D35">
        <w:trPr>
          <w:trHeight w:val="2178"/>
          <w:jc w:val="center"/>
        </w:trPr>
        <w:tc>
          <w:tcPr>
            <w:tcW w:w="1843" w:type="dxa"/>
            <w:tcBorders>
              <w:top w:val="single" w:sz="4" w:space="0" w:color="B0B8C5"/>
              <w:left w:val="single" w:sz="4" w:space="0" w:color="B0B8C5"/>
              <w:bottom w:val="single" w:sz="4" w:space="0" w:color="B0B8C5"/>
              <w:right w:val="single" w:sz="4" w:space="0" w:color="B0B8C5"/>
            </w:tcBorders>
            <w:shd w:val="clear" w:color="auto" w:fill="FFFFFF" w:themeFill="background1"/>
          </w:tcPr>
          <w:p w14:paraId="253F3E11" w14:textId="77777777" w:rsidR="00504D10" w:rsidRPr="0084554E" w:rsidRDefault="00880C7B">
            <w:pPr>
              <w:spacing w:before="400" w:after="400"/>
              <w:rPr>
                <w:rFonts w:ascii="Open Sans Medium" w:hAnsi="Open Sans Medium" w:cs="Open Sans Medium"/>
                <w:color w:val="046B58"/>
              </w:rPr>
            </w:pPr>
            <w:proofErr w:type="gramStart"/>
            <w:r w:rsidRPr="0084554E">
              <w:rPr>
                <w:rFonts w:ascii="Open Sans Medium" w:hAnsi="Open Sans Medium" w:cs="Open Sans Medium"/>
                <w:b/>
                <w:color w:val="046B58"/>
                <w:sz w:val="20"/>
              </w:rPr>
              <w:t>Signature :</w:t>
            </w:r>
            <w:proofErr w:type="gramEnd"/>
          </w:p>
        </w:tc>
        <w:tc>
          <w:tcPr>
            <w:tcW w:w="7563" w:type="dxa"/>
            <w:tcBorders>
              <w:top w:val="single" w:sz="4" w:space="0" w:color="B0B8C5"/>
              <w:left w:val="single" w:sz="4" w:space="0" w:color="B0B8C5"/>
              <w:bottom w:val="single" w:sz="4" w:space="0" w:color="B0B8C5"/>
              <w:right w:val="single" w:sz="4" w:space="0" w:color="B0B8C5"/>
            </w:tcBorders>
            <w:shd w:val="clear" w:color="auto" w:fill="FFFFFF" w:themeFill="background1"/>
          </w:tcPr>
          <w:p w14:paraId="063CDC0F" w14:textId="77777777" w:rsidR="00504D10" w:rsidRPr="0084554E" w:rsidRDefault="00504D10">
            <w:pPr>
              <w:spacing w:before="400" w:after="400"/>
              <w:rPr>
                <w:rFonts w:ascii="Open Sans Medium" w:hAnsi="Open Sans Medium" w:cs="Open Sans Medium"/>
                <w:color w:val="046B58"/>
              </w:rPr>
            </w:pPr>
          </w:p>
        </w:tc>
      </w:tr>
    </w:tbl>
    <w:p w14:paraId="204EB54E" w14:textId="77777777" w:rsidR="00504D10" w:rsidRPr="00A86D45" w:rsidRDefault="00504D10" w:rsidP="00A86D45">
      <w:pPr>
        <w:spacing w:after="80"/>
        <w:rPr>
          <w:rFonts w:ascii="Open Sans Medium" w:hAnsi="Open Sans Medium" w:cs="Open Sans Medium"/>
        </w:rPr>
      </w:pPr>
    </w:p>
    <w:sectPr w:rsidR="00504D10" w:rsidRPr="00A86D45" w:rsidSect="008471F8">
      <w:pgSz w:w="12240" w:h="15840"/>
      <w:pgMar w:top="1134" w:right="1417" w:bottom="1134" w:left="1417" w:header="720" w:footer="2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70309" w14:textId="77777777" w:rsidR="00133364" w:rsidRDefault="00133364" w:rsidP="008471F8">
      <w:pPr>
        <w:spacing w:after="0" w:line="240" w:lineRule="auto"/>
      </w:pPr>
      <w:r>
        <w:separator/>
      </w:r>
    </w:p>
  </w:endnote>
  <w:endnote w:type="continuationSeparator" w:id="0">
    <w:p w14:paraId="232FB1F2" w14:textId="77777777" w:rsidR="00133364" w:rsidRDefault="00133364" w:rsidP="00847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Open Sans Medium">
    <w:panose1 w:val="00000000000000000000"/>
    <w:charset w:val="00"/>
    <w:family w:val="auto"/>
    <w:pitch w:val="variable"/>
    <w:sig w:usb0="E00002FF" w:usb1="4000201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6B7B9" w14:textId="77777777" w:rsidR="00133364" w:rsidRDefault="00133364" w:rsidP="008471F8">
      <w:pPr>
        <w:spacing w:after="0" w:line="240" w:lineRule="auto"/>
      </w:pPr>
      <w:r>
        <w:separator/>
      </w:r>
    </w:p>
  </w:footnote>
  <w:footnote w:type="continuationSeparator" w:id="0">
    <w:p w14:paraId="221CDD79" w14:textId="77777777" w:rsidR="00133364" w:rsidRDefault="00133364" w:rsidP="008471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115973551">
    <w:abstractNumId w:val="8"/>
  </w:num>
  <w:num w:numId="2" w16cid:durableId="1691567549">
    <w:abstractNumId w:val="6"/>
  </w:num>
  <w:num w:numId="3" w16cid:durableId="1580094783">
    <w:abstractNumId w:val="5"/>
  </w:num>
  <w:num w:numId="4" w16cid:durableId="766774816">
    <w:abstractNumId w:val="4"/>
  </w:num>
  <w:num w:numId="5" w16cid:durableId="1289236941">
    <w:abstractNumId w:val="7"/>
  </w:num>
  <w:num w:numId="6" w16cid:durableId="1436904480">
    <w:abstractNumId w:val="3"/>
  </w:num>
  <w:num w:numId="7" w16cid:durableId="622076688">
    <w:abstractNumId w:val="2"/>
  </w:num>
  <w:num w:numId="8" w16cid:durableId="1048456647">
    <w:abstractNumId w:val="1"/>
  </w:num>
  <w:num w:numId="9" w16cid:durableId="1565674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3364"/>
    <w:rsid w:val="0015074B"/>
    <w:rsid w:val="0029639D"/>
    <w:rsid w:val="00326F90"/>
    <w:rsid w:val="003B0CC1"/>
    <w:rsid w:val="003B7FC1"/>
    <w:rsid w:val="004D1828"/>
    <w:rsid w:val="00504D10"/>
    <w:rsid w:val="0050631D"/>
    <w:rsid w:val="0059191E"/>
    <w:rsid w:val="005E2E73"/>
    <w:rsid w:val="00751D35"/>
    <w:rsid w:val="00762D7D"/>
    <w:rsid w:val="007C23EF"/>
    <w:rsid w:val="0084554E"/>
    <w:rsid w:val="008471F8"/>
    <w:rsid w:val="00880C7B"/>
    <w:rsid w:val="008D46BC"/>
    <w:rsid w:val="009220CB"/>
    <w:rsid w:val="00A32122"/>
    <w:rsid w:val="00A86D45"/>
    <w:rsid w:val="00A9157B"/>
    <w:rsid w:val="00AA1D8D"/>
    <w:rsid w:val="00AA6702"/>
    <w:rsid w:val="00B47730"/>
    <w:rsid w:val="00B93C1D"/>
    <w:rsid w:val="00C21D28"/>
    <w:rsid w:val="00CB0664"/>
    <w:rsid w:val="00D72AB2"/>
    <w:rsid w:val="00D9315D"/>
    <w:rsid w:val="00E0180A"/>
    <w:rsid w:val="00E20EA7"/>
    <w:rsid w:val="00E6789B"/>
    <w:rsid w:val="00F030AA"/>
    <w:rsid w:val="00FB1D3F"/>
    <w:rsid w:val="00FC693F"/>
    <w:rsid w:val="00FE21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5973BD"/>
  <w14:defaultImageDpi w14:val="300"/>
  <w15:docId w15:val="{EDF84FFF-4C09-4BF9-95F2-A2BC027FE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6AFF3519B0564681F499382EC25006" ma:contentTypeVersion="17" ma:contentTypeDescription="Crée un document." ma:contentTypeScope="" ma:versionID="aca0a654858ef354119e9f0e25785bc9">
  <xsd:schema xmlns:xsd="http://www.w3.org/2001/XMLSchema" xmlns:xs="http://www.w3.org/2001/XMLSchema" xmlns:p="http://schemas.microsoft.com/office/2006/metadata/properties" xmlns:ns2="6780015b-b8ef-45d0-90d5-20381d5785cc" xmlns:ns3="d4ba4475-61fc-436f-acd8-faa30fb361c5" targetNamespace="http://schemas.microsoft.com/office/2006/metadata/properties" ma:root="true" ma:fieldsID="1389366e30a3d1d56f225eb916c6fdd4" ns2:_="" ns3:_="">
    <xsd:import namespace="6780015b-b8ef-45d0-90d5-20381d5785cc"/>
    <xsd:import namespace="d4ba4475-61fc-436f-acd8-faa30fb361c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valeur" minOccurs="0"/>
                <xsd:element ref="ns2:_Flow_SignoffStatu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0015b-b8ef-45d0-90d5-20381d5785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valeur" ma:index="12" nillable="true" ma:displayName="valeur" ma:internalName="valeur">
      <xsd:simpleType>
        <xsd:restriction base="dms:Unknown"/>
      </xsd:simpleType>
    </xsd:element>
    <xsd:element name="_Flow_SignoffStatus" ma:index="13" nillable="true" ma:displayName="État de validation" ma:internalName="_x00c9_tat_x0020_de_x0020_validation">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9fdde16e-b3ba-438a-b22e-a66b11a60f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ba4475-61fc-436f-acd8-faa30fb361c5"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8" nillable="true" ma:displayName="Taxonomy Catch All Column" ma:hidden="true" ma:list="{399346ba-0870-4131-8e56-acc00bedd936}" ma:internalName="TaxCatchAll" ma:showField="CatchAllData" ma:web="d4ba4475-61fc-436f-acd8-faa30fb361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6780015b-b8ef-45d0-90d5-20381d5785cc" xsi:nil="true"/>
    <lcf76f155ced4ddcb4097134ff3c332f xmlns="6780015b-b8ef-45d0-90d5-20381d5785cc">
      <Terms xmlns="http://schemas.microsoft.com/office/infopath/2007/PartnerControls"/>
    </lcf76f155ced4ddcb4097134ff3c332f>
    <TaxCatchAll xmlns="d4ba4475-61fc-436f-acd8-faa30fb361c5" xsi:nil="true"/>
    <valeur xmlns="6780015b-b8ef-45d0-90d5-20381d5785c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9B3DFE-B342-48F4-AE1D-444FAC92A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0015b-b8ef-45d0-90d5-20381d5785cc"/>
    <ds:schemaRef ds:uri="d4ba4475-61fc-436f-acd8-faa30fb36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3B6406A1-5949-4638-B20D-10160CFCD0CF}">
  <ds:schemaRefs>
    <ds:schemaRef ds:uri="http://schemas.microsoft.com/office/2006/metadata/properties"/>
    <ds:schemaRef ds:uri="http://schemas.microsoft.com/office/infopath/2007/PartnerControls"/>
    <ds:schemaRef ds:uri="6780015b-b8ef-45d0-90d5-20381d5785cc"/>
    <ds:schemaRef ds:uri="d4ba4475-61fc-436f-acd8-faa30fb361c5"/>
  </ds:schemaRefs>
</ds:datastoreItem>
</file>

<file path=customXml/itemProps4.xml><?xml version="1.0" encoding="utf-8"?>
<ds:datastoreItem xmlns:ds="http://schemas.openxmlformats.org/officeDocument/2006/customXml" ds:itemID="{500AD0E8-4F4D-4FF5-A5C5-6A2D6B545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425</Words>
  <Characters>2343</Characters>
  <Application>Microsoft Office Word</Application>
  <DocSecurity>0</DocSecurity>
  <Lines>19</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Marie-France Faure</cp:lastModifiedBy>
  <cp:revision>3</cp:revision>
  <cp:lastPrinted>2026-05-28T09:24:00Z</cp:lastPrinted>
  <dcterms:created xsi:type="dcterms:W3CDTF">2026-05-28T12:06:00Z</dcterms:created>
  <dcterms:modified xsi:type="dcterms:W3CDTF">2026-05-28T13:58:00Z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239107800</vt:r8>
  </property>
  <property fmtid="{D5CDD505-2E9C-101B-9397-08002B2CF9AE}" pid="3" name="MediaServiceImageTags">
    <vt:lpwstr/>
  </property>
  <property fmtid="{D5CDD505-2E9C-101B-9397-08002B2CF9AE}" pid="4" name="ContentTypeId">
    <vt:lpwstr>0x010100906AFF3519B0564681F499382EC25006</vt:lpwstr>
  </property>
</Properties>
</file>